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86ADD" w14:textId="77777777" w:rsidR="00EF2FC4" w:rsidRDefault="00EF2FC4">
      <w:pPr>
        <w:pStyle w:val="Title"/>
        <w:jc w:val="center"/>
      </w:pPr>
    </w:p>
    <w:p w14:paraId="0A785E54" w14:textId="77777777" w:rsidR="00EF2FC4" w:rsidRDefault="00EF2FC4" w:rsidP="00EF2FC4">
      <w:pPr>
        <w:pStyle w:val="Title"/>
        <w:jc w:val="center"/>
      </w:pPr>
      <w:r>
        <w:rPr>
          <w:noProof/>
        </w:rPr>
        <w:drawing>
          <wp:inline distT="0" distB="0" distL="0" distR="0" wp14:anchorId="2F5D082B" wp14:editId="1F0F1C76">
            <wp:extent cx="535274" cy="543698"/>
            <wp:effectExtent l="0" t="0" r="0" b="0"/>
            <wp:docPr id="9051654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165434" name="Picture 90516543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4433" cy="563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77F47" w14:textId="77777777" w:rsidR="00877E91" w:rsidRPr="007B20DF" w:rsidRDefault="008119F8">
      <w:pPr>
        <w:pStyle w:val="Title"/>
        <w:jc w:val="center"/>
        <w:rPr>
          <w:rFonts w:ascii="Helvetica" w:hAnsi="Helvetica"/>
          <w:sz w:val="36"/>
          <w:szCs w:val="36"/>
        </w:rPr>
      </w:pPr>
      <w:r w:rsidRPr="007B20DF">
        <w:rPr>
          <w:rFonts w:ascii="Helvetica" w:hAnsi="Helvetica"/>
          <w:sz w:val="36"/>
          <w:szCs w:val="36"/>
        </w:rPr>
        <w:t>FBIS Africa Freshwater Biodiversity Data Mobilisation Small Grant</w:t>
      </w:r>
    </w:p>
    <w:p w14:paraId="6E6A9A8F" w14:textId="77777777" w:rsidR="00877E91" w:rsidRDefault="00000000">
      <w:pPr>
        <w:jc w:val="center"/>
      </w:pPr>
      <w:r>
        <w:rPr>
          <w:b/>
          <w:sz w:val="24"/>
        </w:rPr>
        <w:t>Application Form</w:t>
      </w:r>
    </w:p>
    <w:p w14:paraId="0AB86301" w14:textId="77777777" w:rsidR="00877E91" w:rsidRDefault="00000000">
      <w:r>
        <w:rPr>
          <w:b/>
        </w:rPr>
        <w:t xml:space="preserve">Grant amount: </w:t>
      </w:r>
      <w:r>
        <w:t>USD 5,000–10,000 (depending on quantity and quality of data records)</w:t>
      </w:r>
    </w:p>
    <w:p w14:paraId="5EBAC500" w14:textId="77777777" w:rsidR="00877E91" w:rsidRDefault="00000000">
      <w:r>
        <w:rPr>
          <w:b/>
        </w:rPr>
        <w:t xml:space="preserve">Grant period: </w:t>
      </w:r>
      <w:r>
        <w:t>January–June 2027 (6 months)</w:t>
      </w:r>
    </w:p>
    <w:p w14:paraId="3E246E36" w14:textId="3B7CE402" w:rsidR="00877E91" w:rsidRDefault="00000000">
      <w:r>
        <w:rPr>
          <w:b/>
        </w:rPr>
        <w:t xml:space="preserve">Application deadline: </w:t>
      </w:r>
      <w:r w:rsidR="00993A13">
        <w:t>9 November</w:t>
      </w:r>
      <w:r>
        <w:t xml:space="preserve"> 2026</w:t>
      </w:r>
    </w:p>
    <w:p w14:paraId="16A4E5F6" w14:textId="5EE34690" w:rsidR="00877E91" w:rsidRDefault="00000000">
      <w:r>
        <w:rPr>
          <w:b/>
        </w:rPr>
        <w:t xml:space="preserve">Submit to: </w:t>
      </w:r>
      <w:r w:rsidR="00EF41F5">
        <w:t>nazley</w:t>
      </w:r>
      <w:r>
        <w:t>@frcsa.org.za</w:t>
      </w:r>
    </w:p>
    <w:p w14:paraId="4F16C7C3" w14:textId="77777777" w:rsidR="00877E91" w:rsidRDefault="00000000">
      <w:r>
        <w:t xml:space="preserve">Please read the Call for Applications before completing this form. All occurrence records proposed for mobilisation must not already be published to GBIF and must contain, at minimum, a </w:t>
      </w:r>
      <w:proofErr w:type="spellStart"/>
      <w:r>
        <w:t>taxon</w:t>
      </w:r>
      <w:proofErr w:type="spellEnd"/>
      <w:r>
        <w:t xml:space="preserve"> name, sampling date and spatial coordinates. All records </w:t>
      </w:r>
      <w:proofErr w:type="spellStart"/>
      <w:r>
        <w:t>mobilised</w:t>
      </w:r>
      <w:proofErr w:type="spellEnd"/>
      <w:r>
        <w:t xml:space="preserve"> through the grant will be published to FBIS-Africa and pushed to GBIF.</w:t>
      </w:r>
    </w:p>
    <w:p w14:paraId="37FA62ED" w14:textId="77777777" w:rsidR="00877E91" w:rsidRDefault="00000000">
      <w:pPr>
        <w:pStyle w:val="Heading1"/>
      </w:pPr>
      <w:r>
        <w:t>1. Applicant Information</w:t>
      </w:r>
    </w:p>
    <w:p w14:paraId="1BB1E4D5" w14:textId="77777777" w:rsidR="005A2050" w:rsidRDefault="005A2050">
      <w:pPr>
        <w:rPr>
          <w:b/>
        </w:rPr>
      </w:pPr>
    </w:p>
    <w:p w14:paraId="12A484D7" w14:textId="77777777" w:rsidR="00877E91" w:rsidRDefault="00000000">
      <w:pPr>
        <w:rPr>
          <w:b/>
        </w:rPr>
      </w:pPr>
      <w:r>
        <w:rPr>
          <w:b/>
        </w:rPr>
        <w:t>Project title:</w:t>
      </w:r>
    </w:p>
    <w:p w14:paraId="3C26AF95" w14:textId="078488DB" w:rsidR="005A2050" w:rsidRDefault="00000000" w:rsidP="00F16ADD">
      <w:pPr>
        <w:tabs>
          <w:tab w:val="left" w:pos="3394"/>
        </w:tabs>
      </w:pPr>
      <w:sdt>
        <w:sdtPr>
          <w:id w:val="595526263"/>
          <w:placeholder>
            <w:docPart w:val="2372D5B6725B45BCA380BE101D799545"/>
          </w:placeholder>
          <w:showingPlcHdr/>
        </w:sdtPr>
        <w:sdtContent>
          <w:r w:rsidR="0056094F" w:rsidRPr="00D87143">
            <w:rPr>
              <w:rStyle w:val="PlaceholderText"/>
            </w:rPr>
            <w:t>Click or tap here to enter text.</w:t>
          </w:r>
        </w:sdtContent>
      </w:sdt>
    </w:p>
    <w:p w14:paraId="5DB72F6E" w14:textId="77777777" w:rsidR="00F16ADD" w:rsidRPr="00F16ADD" w:rsidRDefault="00F16ADD" w:rsidP="00F16ADD">
      <w:pPr>
        <w:tabs>
          <w:tab w:val="left" w:pos="3394"/>
        </w:tabs>
      </w:pPr>
    </w:p>
    <w:p w14:paraId="332AC28B" w14:textId="77777777" w:rsidR="00877E91" w:rsidRDefault="00000000">
      <w:pPr>
        <w:rPr>
          <w:b/>
        </w:rPr>
      </w:pPr>
      <w:r>
        <w:rPr>
          <w:b/>
        </w:rPr>
        <w:t xml:space="preserve">Applicant </w:t>
      </w:r>
      <w:proofErr w:type="spellStart"/>
      <w:r>
        <w:rPr>
          <w:b/>
        </w:rPr>
        <w:t>organisation</w:t>
      </w:r>
      <w:proofErr w:type="spellEnd"/>
      <w:r>
        <w:rPr>
          <w:b/>
        </w:rPr>
        <w:t>/institution:</w:t>
      </w:r>
    </w:p>
    <w:p w14:paraId="0A76190E" w14:textId="3E801792" w:rsidR="00877E91" w:rsidRDefault="00000000" w:rsidP="00F16ADD">
      <w:sdt>
        <w:sdtPr>
          <w:id w:val="-650212355"/>
          <w:placeholder>
            <w:docPart w:val="7D772AC3E0C74A48BE481831FC7F6871"/>
          </w:placeholder>
          <w:showingPlcHdr/>
        </w:sdtPr>
        <w:sdtContent>
          <w:r w:rsidR="0056094F" w:rsidRPr="00D87143">
            <w:rPr>
              <w:rStyle w:val="PlaceholderText"/>
            </w:rPr>
            <w:t>Click or tap here to enter text.</w:t>
          </w:r>
        </w:sdtContent>
      </w:sdt>
    </w:p>
    <w:p w14:paraId="6FABD74B" w14:textId="77777777" w:rsidR="005A2050" w:rsidRDefault="005A2050">
      <w:pPr>
        <w:rPr>
          <w:b/>
        </w:rPr>
      </w:pPr>
    </w:p>
    <w:p w14:paraId="2E6F54B4" w14:textId="77777777" w:rsidR="00877E91" w:rsidRDefault="00000000">
      <w:pPr>
        <w:rPr>
          <w:b/>
        </w:rPr>
      </w:pPr>
      <w:r>
        <w:rPr>
          <w:b/>
        </w:rPr>
        <w:t>Country:</w:t>
      </w:r>
    </w:p>
    <w:p w14:paraId="00114BFF" w14:textId="58371146" w:rsidR="00877E91" w:rsidRDefault="00000000" w:rsidP="0084574A">
      <w:sdt>
        <w:sdtPr>
          <w:id w:val="-678971394"/>
          <w:placeholder>
            <w:docPart w:val="7F9F21ED0BFA44D4AFA6AF3AB0610F7C"/>
          </w:placeholder>
          <w:showingPlcHdr/>
        </w:sdtPr>
        <w:sdtContent>
          <w:r w:rsidR="00D87037" w:rsidRPr="00D87143">
            <w:rPr>
              <w:rStyle w:val="PlaceholderText"/>
            </w:rPr>
            <w:t>Click or tap here to enter text.</w:t>
          </w:r>
        </w:sdtContent>
      </w:sdt>
    </w:p>
    <w:p w14:paraId="17DC50FA" w14:textId="77777777" w:rsidR="0084574A" w:rsidRDefault="0084574A" w:rsidP="0084574A"/>
    <w:p w14:paraId="329D1781" w14:textId="77777777" w:rsidR="00877E91" w:rsidRDefault="00000000">
      <w:r>
        <w:rPr>
          <w:b/>
        </w:rPr>
        <w:t xml:space="preserve">Type of </w:t>
      </w:r>
      <w:proofErr w:type="spellStart"/>
      <w:r>
        <w:rPr>
          <w:b/>
        </w:rPr>
        <w:t>organisation</w:t>
      </w:r>
      <w:proofErr w:type="spellEnd"/>
      <w:r>
        <w:rPr>
          <w:b/>
        </w:rPr>
        <w:t>:</w:t>
      </w:r>
    </w:p>
    <w:p w14:paraId="4F9B8D99" w14:textId="33930D46" w:rsidR="00877E91" w:rsidRDefault="00000000">
      <w:pPr>
        <w:spacing w:after="40"/>
      </w:pPr>
      <w:sdt>
        <w:sdtPr>
          <w:id w:val="-9036711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44CC">
            <w:rPr>
              <w:rFonts w:ascii="MS Gothic" w:eastAsia="MS Gothic" w:hAnsi="MS Gothic" w:hint="eastAsia"/>
            </w:rPr>
            <w:t>☐</w:t>
          </w:r>
        </w:sdtContent>
      </w:sdt>
      <w:r w:rsidR="007E1F3C">
        <w:t xml:space="preserve"> </w:t>
      </w:r>
      <w:r w:rsidR="005B44CC">
        <w:t>University / research institution</w:t>
      </w:r>
    </w:p>
    <w:p w14:paraId="3CF670ED" w14:textId="184B8E00" w:rsidR="005B44CC" w:rsidRDefault="00000000">
      <w:pPr>
        <w:spacing w:after="40"/>
      </w:pPr>
      <w:sdt>
        <w:sdtPr>
          <w:id w:val="1858384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44CC">
            <w:rPr>
              <w:rFonts w:ascii="MS Gothic" w:eastAsia="MS Gothic" w:hAnsi="MS Gothic" w:hint="eastAsia"/>
            </w:rPr>
            <w:t>☐</w:t>
          </w:r>
        </w:sdtContent>
      </w:sdt>
      <w:r w:rsidR="005B44CC">
        <w:t xml:space="preserve"> Museum / natural history collection</w:t>
      </w:r>
    </w:p>
    <w:p w14:paraId="3E08FA96" w14:textId="550200B7" w:rsidR="005B44CC" w:rsidRDefault="00000000">
      <w:pPr>
        <w:spacing w:after="40"/>
      </w:pPr>
      <w:sdt>
        <w:sdtPr>
          <w:id w:val="12607986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44CC">
            <w:rPr>
              <w:rFonts w:ascii="MS Gothic" w:eastAsia="MS Gothic" w:hAnsi="MS Gothic" w:hint="eastAsia"/>
            </w:rPr>
            <w:t>☐</w:t>
          </w:r>
        </w:sdtContent>
      </w:sdt>
      <w:r w:rsidR="005B44CC">
        <w:t xml:space="preserve"> Government department / agency</w:t>
      </w:r>
    </w:p>
    <w:p w14:paraId="145B708F" w14:textId="60382B3D" w:rsidR="005B44CC" w:rsidRDefault="00000000">
      <w:pPr>
        <w:spacing w:after="40"/>
      </w:pPr>
      <w:sdt>
        <w:sdtPr>
          <w:id w:val="-1849402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44CC">
            <w:rPr>
              <w:rFonts w:ascii="MS Gothic" w:eastAsia="MS Gothic" w:hAnsi="MS Gothic" w:hint="eastAsia"/>
            </w:rPr>
            <w:t>☐</w:t>
          </w:r>
        </w:sdtContent>
      </w:sdt>
      <w:r w:rsidR="005B44CC">
        <w:t xml:space="preserve"> Non-governmental </w:t>
      </w:r>
      <w:proofErr w:type="spellStart"/>
      <w:r w:rsidR="005B44CC">
        <w:t>organisation</w:t>
      </w:r>
      <w:proofErr w:type="spellEnd"/>
    </w:p>
    <w:p w14:paraId="6A24F84C" w14:textId="46DFF9FC" w:rsidR="005B44CC" w:rsidRDefault="00000000">
      <w:pPr>
        <w:spacing w:after="40"/>
      </w:pPr>
      <w:sdt>
        <w:sdtPr>
          <w:id w:val="-876699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44CC">
            <w:rPr>
              <w:rFonts w:ascii="MS Gothic" w:eastAsia="MS Gothic" w:hAnsi="MS Gothic" w:hint="eastAsia"/>
            </w:rPr>
            <w:t>☐</w:t>
          </w:r>
        </w:sdtContent>
      </w:sdt>
      <w:r w:rsidR="005B44CC">
        <w:t xml:space="preserve"> Research or conservation programme</w:t>
      </w:r>
    </w:p>
    <w:p w14:paraId="00F154F1" w14:textId="1BF2550F" w:rsidR="00877E91" w:rsidRDefault="00000000">
      <w:pPr>
        <w:spacing w:after="40"/>
      </w:pPr>
      <w:sdt>
        <w:sdtPr>
          <w:id w:val="8563942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44CC">
            <w:rPr>
              <w:rFonts w:ascii="MS Gothic" w:eastAsia="MS Gothic" w:hAnsi="MS Gothic" w:hint="eastAsia"/>
            </w:rPr>
            <w:t>☐</w:t>
          </w:r>
        </w:sdtContent>
      </w:sdt>
      <w:r w:rsidR="005B44CC">
        <w:t xml:space="preserve"> Other: </w:t>
      </w:r>
      <w:sdt>
        <w:sdtPr>
          <w:id w:val="836808248"/>
          <w:placeholder>
            <w:docPart w:val="8498528FADC248A9AB06A889066D2E1F"/>
          </w:placeholder>
          <w:showingPlcHdr/>
        </w:sdtPr>
        <w:sdtContent>
          <w:r w:rsidR="007E1F3C" w:rsidRPr="00D87143">
            <w:rPr>
              <w:rStyle w:val="PlaceholderText"/>
            </w:rPr>
            <w:t>Click or tap here to enter text.</w:t>
          </w:r>
        </w:sdtContent>
      </w:sdt>
    </w:p>
    <w:p w14:paraId="455453D4" w14:textId="77777777" w:rsidR="00EF2FC4" w:rsidRDefault="00EF2FC4">
      <w:pPr>
        <w:pStyle w:val="Heading2"/>
      </w:pPr>
    </w:p>
    <w:p w14:paraId="4F20C149" w14:textId="77777777" w:rsidR="00877E91" w:rsidRDefault="00000000">
      <w:pPr>
        <w:pStyle w:val="Heading2"/>
      </w:pPr>
      <w:r>
        <w:t>Project Leader</w:t>
      </w:r>
    </w:p>
    <w:p w14:paraId="36A3E796" w14:textId="00B590D6" w:rsidR="00877E91" w:rsidRDefault="00000000">
      <w:r>
        <w:rPr>
          <w:b/>
        </w:rPr>
        <w:t>Full name:</w:t>
      </w:r>
      <w:r>
        <w:t xml:space="preserve"> </w:t>
      </w:r>
      <w:sdt>
        <w:sdtPr>
          <w:id w:val="-1421639975"/>
          <w:placeholder>
            <w:docPart w:val="B32D2373A4DF4DA4B236D4959531235C"/>
          </w:placeholder>
          <w:showingPlcHdr/>
        </w:sdtPr>
        <w:sdtContent>
          <w:r w:rsidR="007E1F3C" w:rsidRPr="00D87143">
            <w:rPr>
              <w:rStyle w:val="PlaceholderText"/>
            </w:rPr>
            <w:t>Click or tap here to enter text.</w:t>
          </w:r>
        </w:sdtContent>
      </w:sdt>
    </w:p>
    <w:p w14:paraId="48F825B5" w14:textId="1DE32C1F" w:rsidR="00877E91" w:rsidRDefault="00000000">
      <w:r>
        <w:rPr>
          <w:b/>
        </w:rPr>
        <w:t>Position:</w:t>
      </w:r>
      <w:r>
        <w:t xml:space="preserve"> </w:t>
      </w:r>
      <w:sdt>
        <w:sdtPr>
          <w:id w:val="-1363053909"/>
          <w:placeholder>
            <w:docPart w:val="04E00D8F2F6F4B0D8C64C1F99BBD0635"/>
          </w:placeholder>
          <w:showingPlcHdr/>
        </w:sdtPr>
        <w:sdtContent>
          <w:r w:rsidR="007E1F3C" w:rsidRPr="00D87143">
            <w:rPr>
              <w:rStyle w:val="PlaceholderText"/>
            </w:rPr>
            <w:t>Click or tap here to enter text.</w:t>
          </w:r>
        </w:sdtContent>
      </w:sdt>
    </w:p>
    <w:p w14:paraId="72CB5DC7" w14:textId="0D617E8C" w:rsidR="00877E91" w:rsidRDefault="00000000">
      <w:r>
        <w:rPr>
          <w:b/>
        </w:rPr>
        <w:t>Email:</w:t>
      </w:r>
      <w:r>
        <w:t xml:space="preserve"> </w:t>
      </w:r>
      <w:sdt>
        <w:sdtPr>
          <w:id w:val="1223571383"/>
          <w:placeholder>
            <w:docPart w:val="1B841D24B88C47D595603BED33E09AE3"/>
          </w:placeholder>
          <w:showingPlcHdr/>
        </w:sdtPr>
        <w:sdtContent>
          <w:r w:rsidR="007E1F3C" w:rsidRPr="00D87143">
            <w:rPr>
              <w:rStyle w:val="PlaceholderText"/>
            </w:rPr>
            <w:t>Click or tap here to enter text.</w:t>
          </w:r>
        </w:sdtContent>
      </w:sdt>
    </w:p>
    <w:p w14:paraId="7ED99100" w14:textId="11E8A2B9" w:rsidR="00877E91" w:rsidRDefault="00000000">
      <w:r>
        <w:rPr>
          <w:b/>
        </w:rPr>
        <w:t>Telephone</w:t>
      </w:r>
      <w:r w:rsidR="003C43AD">
        <w:rPr>
          <w:b/>
        </w:rPr>
        <w:t xml:space="preserve"> (including country code)</w:t>
      </w:r>
      <w:r>
        <w:rPr>
          <w:b/>
        </w:rPr>
        <w:t>:</w:t>
      </w:r>
      <w:r w:rsidR="0084574A" w:rsidRPr="0084574A">
        <w:t xml:space="preserve"> </w:t>
      </w:r>
      <w:sdt>
        <w:sdtPr>
          <w:id w:val="-900443234"/>
          <w:placeholder>
            <w:docPart w:val="E08BD76BF75A4650B32CD05538247D05"/>
          </w:placeholder>
          <w:showingPlcHdr/>
        </w:sdtPr>
        <w:sdtContent>
          <w:r w:rsidR="007E1F3C" w:rsidRPr="00D87143">
            <w:rPr>
              <w:rStyle w:val="PlaceholderText"/>
            </w:rPr>
            <w:t>Click or tap here to enter text.</w:t>
          </w:r>
        </w:sdtContent>
      </w:sdt>
    </w:p>
    <w:p w14:paraId="7B9CBAFC" w14:textId="126D377A" w:rsidR="00877E91" w:rsidRDefault="00000000">
      <w:pPr>
        <w:spacing w:after="40"/>
      </w:pPr>
      <w:sdt>
        <w:sdtPr>
          <w:id w:val="16049235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1F3C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7E1F3C">
        <w:t>Project Leader CV attached: Yes</w:t>
      </w:r>
    </w:p>
    <w:p w14:paraId="46BE5DD7" w14:textId="77777777" w:rsidR="00EF2FC4" w:rsidRDefault="00EF2FC4">
      <w:pPr>
        <w:pStyle w:val="Heading2"/>
      </w:pPr>
    </w:p>
    <w:p w14:paraId="1022EA88" w14:textId="77777777" w:rsidR="00877E91" w:rsidRDefault="00000000">
      <w:pPr>
        <w:pStyle w:val="Heading2"/>
      </w:pPr>
      <w:r>
        <w:t>Additional Project Team Members</w:t>
      </w:r>
    </w:p>
    <w:p w14:paraId="268C2CB0" w14:textId="77777777" w:rsidR="00877E91" w:rsidRDefault="00000000">
      <w:r>
        <w:t>Applicants may include details for up to three additional team members.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41"/>
        <w:gridCol w:w="2541"/>
        <w:gridCol w:w="2541"/>
        <w:gridCol w:w="2541"/>
      </w:tblGrid>
      <w:tr w:rsidR="00877E91" w14:paraId="29B52A02" w14:textId="77777777">
        <w:trPr>
          <w:jc w:val="center"/>
        </w:trPr>
        <w:tc>
          <w:tcPr>
            <w:tcW w:w="2541" w:type="dxa"/>
            <w:shd w:val="clear" w:color="auto" w:fill="D9EAD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B2823" w14:textId="77777777" w:rsidR="00877E91" w:rsidRDefault="00877E91"/>
        </w:tc>
        <w:tc>
          <w:tcPr>
            <w:tcW w:w="2541" w:type="dxa"/>
            <w:shd w:val="clear" w:color="auto" w:fill="D9EAD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FBC80" w14:textId="77777777" w:rsidR="00877E91" w:rsidRDefault="00000000">
            <w:r>
              <w:rPr>
                <w:b/>
              </w:rPr>
              <w:t>Team Member 1</w:t>
            </w:r>
          </w:p>
        </w:tc>
        <w:tc>
          <w:tcPr>
            <w:tcW w:w="2541" w:type="dxa"/>
            <w:shd w:val="clear" w:color="auto" w:fill="D9EAD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F6905" w14:textId="77777777" w:rsidR="00877E91" w:rsidRDefault="00000000">
            <w:r>
              <w:rPr>
                <w:b/>
              </w:rPr>
              <w:t>Team Member 2</w:t>
            </w:r>
          </w:p>
        </w:tc>
        <w:tc>
          <w:tcPr>
            <w:tcW w:w="2541" w:type="dxa"/>
            <w:shd w:val="clear" w:color="auto" w:fill="D9EAD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CBB94" w14:textId="77777777" w:rsidR="00877E91" w:rsidRDefault="00000000">
            <w:r>
              <w:rPr>
                <w:b/>
              </w:rPr>
              <w:t>Team Member 3</w:t>
            </w:r>
          </w:p>
        </w:tc>
      </w:tr>
      <w:tr w:rsidR="00877E91" w14:paraId="600037B0" w14:textId="77777777">
        <w:trPr>
          <w:jc w:val="center"/>
        </w:trPr>
        <w:tc>
          <w:tcPr>
            <w:tcW w:w="2541" w:type="dxa"/>
            <w:shd w:val="clear" w:color="auto" w:fill="E7F0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95157" w14:textId="77777777" w:rsidR="00877E91" w:rsidRDefault="00000000">
            <w:r>
              <w:rPr>
                <w:b/>
              </w:rPr>
              <w:t>Full name</w:t>
            </w:r>
          </w:p>
        </w:tc>
        <w:sdt>
          <w:sdtPr>
            <w:id w:val="-861356172"/>
            <w:placeholder>
              <w:docPart w:val="DefaultPlaceholder_-1854013440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34523C71" w14:textId="12566FBA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id w:val="-1123527694"/>
            <w:placeholder>
              <w:docPart w:val="4F432691C2E04494BE8AD71A2A255BEE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51E5799D" w14:textId="69BF13B2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id w:val="-569113046"/>
            <w:placeholder>
              <w:docPart w:val="0C3BC34060EF48E8A68BB50199EA77F5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6B776F92" w14:textId="590C8C9C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</w:tr>
      <w:tr w:rsidR="00877E91" w14:paraId="2D0EB778" w14:textId="77777777">
        <w:trPr>
          <w:jc w:val="center"/>
        </w:trPr>
        <w:tc>
          <w:tcPr>
            <w:tcW w:w="2541" w:type="dxa"/>
            <w:shd w:val="clear" w:color="auto" w:fill="E7F0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53A53" w14:textId="77777777" w:rsidR="00877E91" w:rsidRDefault="00000000">
            <w:proofErr w:type="spellStart"/>
            <w:r>
              <w:rPr>
                <w:b/>
              </w:rPr>
              <w:t>Organisation</w:t>
            </w:r>
            <w:proofErr w:type="spellEnd"/>
          </w:p>
        </w:tc>
        <w:sdt>
          <w:sdtPr>
            <w:id w:val="1597516803"/>
            <w:placeholder>
              <w:docPart w:val="964C01D5C0D94612AF810AD92E608BC0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5D7B3E65" w14:textId="58AF587E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id w:val="1484592105"/>
            <w:placeholder>
              <w:docPart w:val="D27846CBC1FB47A1BF397B4554BD3523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5C158407" w14:textId="1745637C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id w:val="-1121537349"/>
            <w:placeholder>
              <w:docPart w:val="FF4DA3BEE0324CACBBF2AD35984C7C2E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4076EA7E" w14:textId="031A114C" w:rsidR="00877E91" w:rsidRPr="00E26B34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</w:tr>
      <w:tr w:rsidR="00877E91" w14:paraId="74355D05" w14:textId="77777777">
        <w:trPr>
          <w:jc w:val="center"/>
        </w:trPr>
        <w:tc>
          <w:tcPr>
            <w:tcW w:w="2541" w:type="dxa"/>
            <w:shd w:val="clear" w:color="auto" w:fill="E7F0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A14C50" w14:textId="77777777" w:rsidR="00877E91" w:rsidRDefault="00000000">
            <w:r>
              <w:rPr>
                <w:b/>
              </w:rPr>
              <w:t>Position/role</w:t>
            </w:r>
          </w:p>
        </w:tc>
        <w:sdt>
          <w:sdtPr>
            <w:id w:val="815910866"/>
            <w:placeholder>
              <w:docPart w:val="64ACB77A5DB647DA8A06248C5732D0D4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4EF96B1C" w14:textId="0495B462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id w:val="1487818977"/>
            <w:placeholder>
              <w:docPart w:val="D4EE4C0BEF924FAA8450DCAE8C99AC42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518EE70A" w14:textId="109385DC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id w:val="1534308929"/>
            <w:placeholder>
              <w:docPart w:val="BCFFA4FE944644ED9067334EAC5AA6DD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72424A9D" w14:textId="62B40DFC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</w:tr>
      <w:tr w:rsidR="00877E91" w14:paraId="1ABCF066" w14:textId="77777777">
        <w:trPr>
          <w:jc w:val="center"/>
        </w:trPr>
        <w:tc>
          <w:tcPr>
            <w:tcW w:w="2541" w:type="dxa"/>
            <w:shd w:val="clear" w:color="auto" w:fill="E7F0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3E8FEA" w14:textId="77777777" w:rsidR="00877E91" w:rsidRDefault="00000000">
            <w:r>
              <w:rPr>
                <w:b/>
              </w:rPr>
              <w:t>Email</w:t>
            </w:r>
          </w:p>
        </w:tc>
        <w:sdt>
          <w:sdtPr>
            <w:id w:val="-1373846312"/>
            <w:placeholder>
              <w:docPart w:val="23CB2889144A43288E1599CB67C4B7CD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0123CAAB" w14:textId="00ED15E1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id w:val="-1548596437"/>
            <w:placeholder>
              <w:docPart w:val="FA63B9B089194DD5BECD01CC00CE54AB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5522C09C" w14:textId="0274DA37" w:rsidR="00877E91" w:rsidRPr="00E26B34" w:rsidRDefault="00E26B34">
                <w:pPr>
                  <w:rPr>
                    <w:b/>
                    <w:bCs/>
                  </w:rPr>
                </w:pPr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id w:val="22689265"/>
            <w:placeholder>
              <w:docPart w:val="9D0AD7B7147F40018D9E768F358B4E39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31440D3F" w14:textId="5050EBDA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</w:tr>
      <w:tr w:rsidR="00877E91" w14:paraId="3871926A" w14:textId="77777777">
        <w:trPr>
          <w:jc w:val="center"/>
        </w:trPr>
        <w:tc>
          <w:tcPr>
            <w:tcW w:w="2541" w:type="dxa"/>
            <w:shd w:val="clear" w:color="auto" w:fill="E7F0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F299B" w14:textId="77777777" w:rsidR="00877E91" w:rsidRDefault="00000000">
            <w:r>
              <w:rPr>
                <w:b/>
              </w:rPr>
              <w:t>Role in this project</w:t>
            </w:r>
          </w:p>
        </w:tc>
        <w:sdt>
          <w:sdtPr>
            <w:id w:val="16283984"/>
            <w:placeholder>
              <w:docPart w:val="526B87F0718B4A599CDB0DE00A2AD91E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26CC1420" w14:textId="30008826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id w:val="-318509543"/>
            <w:placeholder>
              <w:docPart w:val="F4045C10E18D4D1CA1BDF5B8574A9E3F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7E2CC9EA" w14:textId="56C1E6EF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id w:val="28770375"/>
            <w:placeholder>
              <w:docPart w:val="50D45927AB46463DBE5DF90F11AC1773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174B225A" w14:textId="7EEA50E0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</w:tr>
      <w:tr w:rsidR="00877E91" w14:paraId="20105957" w14:textId="77777777">
        <w:trPr>
          <w:jc w:val="center"/>
        </w:trPr>
        <w:tc>
          <w:tcPr>
            <w:tcW w:w="2541" w:type="dxa"/>
            <w:shd w:val="clear" w:color="auto" w:fill="E7F0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0ABD6D" w14:textId="77777777" w:rsidR="00877E91" w:rsidRDefault="00000000">
            <w:r>
              <w:rPr>
                <w:b/>
              </w:rPr>
              <w:t>Relevant expertise</w:t>
            </w:r>
          </w:p>
        </w:tc>
        <w:sdt>
          <w:sdtPr>
            <w:id w:val="-1191067771"/>
            <w:placeholder>
              <w:docPart w:val="5BC5C57D7E6C49959F61A437130DADB6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4F120565" w14:textId="587FEF64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id w:val="1921214315"/>
            <w:placeholder>
              <w:docPart w:val="DF7B8A8382944BED80DAB03D83389C86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0165C4D8" w14:textId="65548BD3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id w:val="-1585916058"/>
            <w:placeholder>
              <w:docPart w:val="01AAB2C271554DF29E53073883C836AE"/>
            </w:placeholder>
            <w:showingPlcHdr/>
          </w:sdtPr>
          <w:sdtContent>
            <w:tc>
              <w:tcPr>
                <w:tcW w:w="2541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383D3B15" w14:textId="624F38DB" w:rsidR="00877E91" w:rsidRDefault="00E26B34">
                <w:r w:rsidRPr="00E26B34">
                  <w:rPr>
                    <w:rStyle w:val="PlaceholderText"/>
                    <w:sz w:val="18"/>
                    <w:szCs w:val="20"/>
                  </w:rPr>
                  <w:t>Click or tap here to enter text.</w:t>
                </w:r>
              </w:p>
            </w:tc>
          </w:sdtContent>
        </w:sdt>
      </w:tr>
    </w:tbl>
    <w:p w14:paraId="2E403333" w14:textId="77777777" w:rsidR="00EF2FC4" w:rsidRDefault="00EF2FC4">
      <w:pPr>
        <w:pStyle w:val="Heading1"/>
      </w:pPr>
    </w:p>
    <w:p w14:paraId="6FF90823" w14:textId="77777777" w:rsidR="00877E91" w:rsidRDefault="00000000">
      <w:pPr>
        <w:pStyle w:val="Heading1"/>
      </w:pPr>
      <w:r>
        <w:t>2. Project Motivation</w:t>
      </w:r>
    </w:p>
    <w:p w14:paraId="3FBA1409" w14:textId="77777777" w:rsidR="00877E91" w:rsidRDefault="00000000">
      <w:r>
        <w:rPr>
          <w:b/>
        </w:rPr>
        <w:t xml:space="preserve">Why should these freshwater biodiversity data be </w:t>
      </w:r>
      <w:proofErr w:type="spellStart"/>
      <w:r>
        <w:rPr>
          <w:b/>
        </w:rPr>
        <w:t>mobilised</w:t>
      </w:r>
      <w:proofErr w:type="spellEnd"/>
      <w:r>
        <w:rPr>
          <w:b/>
        </w:rPr>
        <w:t xml:space="preserve"> and made openly accessible?</w:t>
      </w:r>
    </w:p>
    <w:p w14:paraId="609F77B5" w14:textId="77777777" w:rsidR="00877E91" w:rsidRDefault="00000000">
      <w:r>
        <w:t>Briefly explain the importance of the dataset and how making it accessible could contribute to freshwater biodiversity conservation, management, research, monitoring or decision-making.</w:t>
      </w:r>
    </w:p>
    <w:p w14:paraId="60C03DCF" w14:textId="77777777" w:rsidR="005A2050" w:rsidRDefault="005A2050">
      <w:pPr>
        <w:rPr>
          <w:b/>
        </w:rPr>
      </w:pPr>
    </w:p>
    <w:p w14:paraId="4A100CFC" w14:textId="77777777" w:rsidR="00877E91" w:rsidRDefault="00000000">
      <w:pPr>
        <w:rPr>
          <w:b/>
        </w:rPr>
      </w:pPr>
      <w:r>
        <w:rPr>
          <w:b/>
        </w:rPr>
        <w:t>Maximum 300 words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82"/>
      </w:tblGrid>
      <w:tr w:rsidR="00EF2FC4" w14:paraId="461D6EC0" w14:textId="77777777" w:rsidTr="00EF2FC4">
        <w:tc>
          <w:tcPr>
            <w:tcW w:w="10382" w:type="dxa"/>
          </w:tcPr>
          <w:sdt>
            <w:sdtPr>
              <w:id w:val="-1449385581"/>
              <w:placeholder>
                <w:docPart w:val="FC6DB64E1AEB44A38544EB13D110FB43"/>
              </w:placeholder>
              <w:showingPlcHdr/>
            </w:sdtPr>
            <w:sdtContent>
              <w:p w14:paraId="71F78B82" w14:textId="2F0675BF" w:rsidR="00EF2FC4" w:rsidRDefault="007E1F3C" w:rsidP="00EF2FC4">
                <w:r w:rsidRPr="00D87143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0AFE12E" w14:textId="77777777" w:rsidR="00EF2FC4" w:rsidRDefault="00EF2FC4" w:rsidP="00EF2FC4"/>
          <w:p w14:paraId="365E6B5E" w14:textId="77777777" w:rsidR="00EF2FC4" w:rsidRDefault="00EF2FC4" w:rsidP="00EF2FC4"/>
          <w:p w14:paraId="5F49BDD4" w14:textId="77777777" w:rsidR="00EF2FC4" w:rsidRDefault="00EF2FC4" w:rsidP="00EF2FC4"/>
          <w:p w14:paraId="2B044F33" w14:textId="77777777" w:rsidR="00EF2FC4" w:rsidRDefault="00EF2FC4" w:rsidP="00EF2FC4"/>
          <w:p w14:paraId="5F5F218E" w14:textId="77777777" w:rsidR="00EF2FC4" w:rsidRDefault="00EF2FC4" w:rsidP="00EF2FC4"/>
          <w:p w14:paraId="5F97301B" w14:textId="77777777" w:rsidR="00EF2FC4" w:rsidRDefault="00EF2FC4" w:rsidP="00EF2FC4"/>
        </w:tc>
      </w:tr>
    </w:tbl>
    <w:p w14:paraId="722E87A6" w14:textId="77777777" w:rsidR="00EF2FC4" w:rsidRDefault="00EF2FC4">
      <w:pPr>
        <w:pStyle w:val="Heading1"/>
      </w:pPr>
    </w:p>
    <w:p w14:paraId="7E16EB94" w14:textId="77777777" w:rsidR="00877E91" w:rsidRDefault="00000000">
      <w:pPr>
        <w:pStyle w:val="Heading1"/>
      </w:pPr>
      <w:r>
        <w:t>3. Dataset Information</w:t>
      </w:r>
    </w:p>
    <w:p w14:paraId="50588BC5" w14:textId="77777777" w:rsidR="00877E91" w:rsidRDefault="00000000">
      <w:pPr>
        <w:pStyle w:val="Heading2"/>
      </w:pPr>
      <w:r>
        <w:t>Dataset overview</w:t>
      </w:r>
    </w:p>
    <w:p w14:paraId="6FF6D9E8" w14:textId="77777777" w:rsidR="00877E91" w:rsidRDefault="00000000">
      <w:pPr>
        <w:rPr>
          <w:b/>
        </w:rPr>
      </w:pPr>
      <w:r>
        <w:rPr>
          <w:b/>
        </w:rPr>
        <w:t>Dataset name/title:</w:t>
      </w:r>
    </w:p>
    <w:p w14:paraId="6C129536" w14:textId="47C96C88" w:rsidR="00877E91" w:rsidRDefault="00000000" w:rsidP="0084574A">
      <w:sdt>
        <w:sdtPr>
          <w:id w:val="82654893"/>
          <w:placeholder>
            <w:docPart w:val="1CAA75CE96B14AC89AE4112B3EDED040"/>
          </w:placeholder>
          <w:showingPlcHdr/>
        </w:sdtPr>
        <w:sdtContent>
          <w:r w:rsidR="007E1F3C" w:rsidRPr="00D87143">
            <w:rPr>
              <w:rStyle w:val="PlaceholderText"/>
            </w:rPr>
            <w:t>Click or tap here to enter text.</w:t>
          </w:r>
        </w:sdtContent>
      </w:sdt>
    </w:p>
    <w:p w14:paraId="1FF3233E" w14:textId="77777777" w:rsidR="005A2050" w:rsidRDefault="005A2050">
      <w:pPr>
        <w:rPr>
          <w:b/>
        </w:rPr>
      </w:pPr>
    </w:p>
    <w:p w14:paraId="4D9BC748" w14:textId="77777777" w:rsidR="00877E91" w:rsidRDefault="00000000">
      <w:r>
        <w:rPr>
          <w:b/>
        </w:rPr>
        <w:t>Taxonomic group(s):</w:t>
      </w:r>
    </w:p>
    <w:p w14:paraId="6C38F31D" w14:textId="5FDFA410" w:rsidR="00877E91" w:rsidRDefault="00000000">
      <w:pPr>
        <w:spacing w:after="40"/>
      </w:pPr>
      <w:sdt>
        <w:sdtPr>
          <w:id w:val="-12757822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1F3C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7E1F3C">
        <w:t xml:space="preserve">Freshwater </w:t>
      </w:r>
      <w:proofErr w:type="gramStart"/>
      <w:r w:rsidR="007E1F3C">
        <w:t>fishes</w:t>
      </w:r>
      <w:proofErr w:type="gramEnd"/>
    </w:p>
    <w:p w14:paraId="5FD39732" w14:textId="21A5EBEE" w:rsidR="00877E91" w:rsidRDefault="00000000">
      <w:pPr>
        <w:spacing w:after="40"/>
      </w:pPr>
      <w:sdt>
        <w:sdtPr>
          <w:id w:val="1451827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1F3C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7E1F3C">
        <w:t>Amphibians</w:t>
      </w:r>
    </w:p>
    <w:p w14:paraId="535C3626" w14:textId="7558D56F" w:rsidR="00877E91" w:rsidRDefault="00000000">
      <w:pPr>
        <w:spacing w:after="40"/>
      </w:pPr>
      <w:sdt>
        <w:sdtPr>
          <w:id w:val="1839645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1F3C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proofErr w:type="spellStart"/>
      <w:r w:rsidR="007E1F3C">
        <w:t>Molluscs</w:t>
      </w:r>
      <w:proofErr w:type="spellEnd"/>
    </w:p>
    <w:p w14:paraId="1396399B" w14:textId="6C010A91" w:rsidR="00877E91" w:rsidRDefault="00000000">
      <w:pPr>
        <w:spacing w:after="40"/>
      </w:pPr>
      <w:sdt>
        <w:sdtPr>
          <w:id w:val="-19463043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1F3C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7E1F3C">
        <w:t>Crustaceans</w:t>
      </w:r>
    </w:p>
    <w:p w14:paraId="052CB512" w14:textId="7EFF57A1" w:rsidR="00877E91" w:rsidRDefault="00000000">
      <w:pPr>
        <w:spacing w:after="40"/>
      </w:pPr>
      <w:sdt>
        <w:sdtPr>
          <w:id w:val="14474244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1F3C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7E1F3C">
        <w:t>Odonata (dragonflies and damselflies)</w:t>
      </w:r>
    </w:p>
    <w:p w14:paraId="1F2B2B23" w14:textId="2B9E6965" w:rsidR="00877E91" w:rsidRDefault="00000000">
      <w:pPr>
        <w:spacing w:after="40"/>
      </w:pPr>
      <w:sdt>
        <w:sdtPr>
          <w:id w:val="16602711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1F3C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7E1F3C">
        <w:t>Ephemeroptera (mayflies)</w:t>
      </w:r>
    </w:p>
    <w:p w14:paraId="5622AF03" w14:textId="773E1C76" w:rsidR="00877E91" w:rsidRDefault="00000000">
      <w:pPr>
        <w:spacing w:after="40"/>
      </w:pPr>
      <w:sdt>
        <w:sdtPr>
          <w:id w:val="-1119804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1F3C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7E1F3C">
        <w:t>Plecoptera (stoneflies)</w:t>
      </w:r>
    </w:p>
    <w:p w14:paraId="0BA0E301" w14:textId="24D6CCD6" w:rsidR="00877E91" w:rsidRDefault="00000000">
      <w:pPr>
        <w:spacing w:after="40"/>
      </w:pPr>
      <w:sdt>
        <w:sdtPr>
          <w:id w:val="1198857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1F3C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7E1F3C">
        <w:t>Trichoptera (caddisflies)</w:t>
      </w:r>
    </w:p>
    <w:p w14:paraId="363159D5" w14:textId="5F7CEBDB" w:rsidR="00877E91" w:rsidRDefault="00000000">
      <w:pPr>
        <w:spacing w:after="40"/>
      </w:pPr>
      <w:sdt>
        <w:sdtPr>
          <w:id w:val="-6135141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1F3C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7E1F3C">
        <w:t>Megaloptera</w:t>
      </w:r>
    </w:p>
    <w:p w14:paraId="1E500A43" w14:textId="567120A6" w:rsidR="00877E91" w:rsidRDefault="00000000">
      <w:pPr>
        <w:spacing w:after="40"/>
      </w:pPr>
      <w:sdt>
        <w:sdtPr>
          <w:id w:val="1518738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1F3C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7E1F3C">
        <w:t xml:space="preserve">Other: </w:t>
      </w:r>
      <w:sdt>
        <w:sdtPr>
          <w:id w:val="-1229763398"/>
          <w:placeholder>
            <w:docPart w:val="E4981D0E448E469A99E8EB26D77375F2"/>
          </w:placeholder>
          <w:showingPlcHdr/>
        </w:sdtPr>
        <w:sdtContent>
          <w:r w:rsidR="007E1F3C" w:rsidRPr="00D87143">
            <w:rPr>
              <w:rStyle w:val="PlaceholderText"/>
            </w:rPr>
            <w:t>Click or tap here to enter text.</w:t>
          </w:r>
        </w:sdtContent>
      </w:sdt>
    </w:p>
    <w:p w14:paraId="7FA6638F" w14:textId="77777777" w:rsidR="00EF2FC4" w:rsidRDefault="00EF2FC4">
      <w:pPr>
        <w:rPr>
          <w:b/>
        </w:rPr>
      </w:pPr>
    </w:p>
    <w:p w14:paraId="2D466022" w14:textId="77777777" w:rsidR="00877E91" w:rsidRDefault="00000000">
      <w:r>
        <w:rPr>
          <w:b/>
        </w:rPr>
        <w:t>Countries represented:</w:t>
      </w:r>
    </w:p>
    <w:p w14:paraId="7FE2C380" w14:textId="5E3C5F4D" w:rsidR="00877E91" w:rsidRDefault="00000000">
      <w:pPr>
        <w:spacing w:after="40"/>
      </w:pPr>
      <w:sdt>
        <w:sdtPr>
          <w:id w:val="-2025861744"/>
          <w:placeholder>
            <w:docPart w:val="FC9630DAE9CB482EA0D1C3EE956FCEE4"/>
          </w:placeholder>
          <w:showingPlcHdr/>
        </w:sdtPr>
        <w:sdtContent>
          <w:r w:rsidR="007E1F3C" w:rsidRPr="00D87143">
            <w:rPr>
              <w:rStyle w:val="PlaceholderText"/>
            </w:rPr>
            <w:t>Click or tap here to enter text.</w:t>
          </w:r>
        </w:sdtContent>
      </w:sdt>
    </w:p>
    <w:p w14:paraId="39730CD2" w14:textId="77777777" w:rsidR="005A2050" w:rsidRDefault="005A2050">
      <w:pPr>
        <w:rPr>
          <w:b/>
        </w:rPr>
      </w:pPr>
    </w:p>
    <w:p w14:paraId="0DBFAFEE" w14:textId="77777777" w:rsidR="00877E91" w:rsidRDefault="00000000">
      <w:pPr>
        <w:rPr>
          <w:b/>
        </w:rPr>
      </w:pPr>
      <w:r>
        <w:rPr>
          <w:b/>
        </w:rPr>
        <w:t>River basins/catchments/freshwater systems represented, where known:</w:t>
      </w:r>
    </w:p>
    <w:p w14:paraId="34D8A483" w14:textId="4C9E8D61" w:rsidR="007E1F3C" w:rsidRDefault="00000000">
      <w:sdt>
        <w:sdtPr>
          <w:id w:val="272060202"/>
          <w:placeholder>
            <w:docPart w:val="DA4B75A32E7B4C2EB684C8397D081533"/>
          </w:placeholder>
          <w:showingPlcHdr/>
        </w:sdtPr>
        <w:sdtContent>
          <w:r w:rsidR="007E1F3C" w:rsidRPr="00D87143">
            <w:rPr>
              <w:rStyle w:val="PlaceholderText"/>
            </w:rPr>
            <w:t>Click or tap here to enter text.</w:t>
          </w:r>
        </w:sdtContent>
      </w:sdt>
    </w:p>
    <w:p w14:paraId="0B1B8F2A" w14:textId="77777777" w:rsidR="005A2050" w:rsidRDefault="005A2050">
      <w:pPr>
        <w:rPr>
          <w:b/>
        </w:rPr>
      </w:pPr>
    </w:p>
    <w:p w14:paraId="3B4FEF1D" w14:textId="2BC626CA" w:rsidR="00877E91" w:rsidRDefault="00000000">
      <w:r>
        <w:rPr>
          <w:b/>
        </w:rPr>
        <w:t xml:space="preserve">Approximate date range of records: </w:t>
      </w:r>
      <w:r>
        <w:t>From:</w:t>
      </w:r>
      <w:r w:rsidR="0084574A" w:rsidRPr="0084574A">
        <w:t xml:space="preserve"> </w:t>
      </w:r>
      <w:r w:rsidR="0084574A">
        <w:t>____</w:t>
      </w:r>
      <w:sdt>
        <w:sdtPr>
          <w:id w:val="-2129068013"/>
          <w:placeholder>
            <w:docPart w:val="3493B6EAE6E54432A68E9CADA22C405A"/>
          </w:placeholder>
          <w:showingPlcHdr/>
        </w:sdtPr>
        <w:sdtContent>
          <w:r w:rsidR="007E1F3C" w:rsidRPr="00D87143">
            <w:rPr>
              <w:rStyle w:val="PlaceholderText"/>
            </w:rPr>
            <w:t>Click or tap here to enter text.</w:t>
          </w:r>
        </w:sdtContent>
      </w:sdt>
      <w:r w:rsidR="0084574A">
        <w:t>____</w:t>
      </w:r>
      <w:r>
        <w:t xml:space="preserve"> </w:t>
      </w:r>
      <w:proofErr w:type="gramStart"/>
      <w:r>
        <w:t>To</w:t>
      </w:r>
      <w:proofErr w:type="gramEnd"/>
      <w:r>
        <w:t xml:space="preserve">: </w:t>
      </w:r>
      <w:r w:rsidR="0084574A">
        <w:t>____</w:t>
      </w:r>
      <w:sdt>
        <w:sdtPr>
          <w:id w:val="-1742396846"/>
          <w:placeholder>
            <w:docPart w:val="F83AEFC112524AEA86EB5CC4C8877991"/>
          </w:placeholder>
          <w:showingPlcHdr/>
        </w:sdtPr>
        <w:sdtContent>
          <w:r w:rsidR="007E1F3C" w:rsidRPr="00D87143">
            <w:rPr>
              <w:rStyle w:val="PlaceholderText"/>
            </w:rPr>
            <w:t>Click or tap here to enter text.</w:t>
          </w:r>
        </w:sdtContent>
      </w:sdt>
      <w:r w:rsidR="0084574A">
        <w:t>____</w:t>
      </w:r>
    </w:p>
    <w:p w14:paraId="0494EF80" w14:textId="77777777" w:rsidR="005A2050" w:rsidRDefault="005A2050">
      <w:pPr>
        <w:pStyle w:val="Heading2"/>
      </w:pPr>
    </w:p>
    <w:p w14:paraId="60B4AB4F" w14:textId="77777777" w:rsidR="00877E91" w:rsidRDefault="00000000">
      <w:pPr>
        <w:pStyle w:val="Heading2"/>
      </w:pPr>
      <w:r>
        <w:t>Number of records</w:t>
      </w:r>
    </w:p>
    <w:p w14:paraId="0E1CDD2E" w14:textId="77777777" w:rsidR="00877E91" w:rsidRDefault="00000000">
      <w:r>
        <w:rPr>
          <w:b/>
        </w:rPr>
        <w:t xml:space="preserve">Estimated number of unique biodiversity occurrence records that will be </w:t>
      </w:r>
      <w:proofErr w:type="spellStart"/>
      <w:r>
        <w:rPr>
          <w:b/>
        </w:rPr>
        <w:t>mobilised</w:t>
      </w:r>
      <w:proofErr w:type="spellEnd"/>
      <w:r>
        <w:rPr>
          <w:b/>
        </w:rPr>
        <w:t xml:space="preserve"> through this grant:</w:t>
      </w:r>
    </w:p>
    <w:p w14:paraId="045DDB45" w14:textId="1B70463A" w:rsidR="00877E91" w:rsidRDefault="0084574A">
      <w:r>
        <w:t>____</w:t>
      </w:r>
      <w:sdt>
        <w:sdtPr>
          <w:id w:val="1893153923"/>
          <w:placeholder>
            <w:docPart w:val="B0F0CA49388E45E285253F15F4343A62"/>
          </w:placeholder>
          <w:showingPlcHdr/>
        </w:sdtPr>
        <w:sdtContent>
          <w:r w:rsidR="007E1F3C" w:rsidRPr="00D87143">
            <w:rPr>
              <w:rStyle w:val="PlaceholderText"/>
            </w:rPr>
            <w:t>Click or tap here to enter text.</w:t>
          </w:r>
        </w:sdtContent>
      </w:sdt>
      <w:r>
        <w:t>____ records</w:t>
      </w:r>
    </w:p>
    <w:p w14:paraId="1FB1AA54" w14:textId="77777777" w:rsidR="005A2050" w:rsidRDefault="005A2050"/>
    <w:p w14:paraId="7DE01E32" w14:textId="77777777" w:rsidR="00877E91" w:rsidRDefault="00000000">
      <w:r>
        <w:t>For this grant, a biodiversity occurrence record is an observation or collection of a particular taxon at a particular place and time.</w:t>
      </w:r>
    </w:p>
    <w:p w14:paraId="19F36186" w14:textId="77777777" w:rsidR="00877E91" w:rsidRDefault="00000000">
      <w:r>
        <w:t>Every proposed record must contain:</w:t>
      </w:r>
    </w:p>
    <w:p w14:paraId="28F100D0" w14:textId="4CFE7651" w:rsidR="00877E91" w:rsidRDefault="00000000">
      <w:pPr>
        <w:spacing w:after="40"/>
      </w:pPr>
      <w:sdt>
        <w:sdtPr>
          <w:id w:val="7870896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84574A">
        <w:t>Taxon name</w:t>
      </w:r>
    </w:p>
    <w:p w14:paraId="40B8E8B4" w14:textId="590DDE7C" w:rsidR="00877E91" w:rsidRDefault="00000000">
      <w:pPr>
        <w:spacing w:after="40"/>
      </w:pPr>
      <w:sdt>
        <w:sdtPr>
          <w:id w:val="647711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84574A">
        <w:t>Sampling date</w:t>
      </w:r>
    </w:p>
    <w:p w14:paraId="10C423A0" w14:textId="041D2BD1" w:rsidR="00877E91" w:rsidRDefault="00000000">
      <w:pPr>
        <w:spacing w:after="40"/>
      </w:pPr>
      <w:sdt>
        <w:sdtPr>
          <w:id w:val="1819605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84574A">
        <w:t>Spatial coordinates (latitude and longitude)</w:t>
      </w:r>
    </w:p>
    <w:p w14:paraId="4F97699F" w14:textId="77777777" w:rsidR="005A2050" w:rsidRDefault="005A2050">
      <w:pPr>
        <w:pStyle w:val="Heading2"/>
      </w:pPr>
    </w:p>
    <w:p w14:paraId="7EBBD0F3" w14:textId="77777777" w:rsidR="00877E91" w:rsidRDefault="00000000">
      <w:pPr>
        <w:pStyle w:val="Heading2"/>
      </w:pPr>
      <w:r>
        <w:t>Basis of record</w:t>
      </w:r>
    </w:p>
    <w:p w14:paraId="064BF277" w14:textId="77777777" w:rsidR="00877E91" w:rsidRDefault="00000000">
      <w:r>
        <w:t>Please indicate the basis of the occurrence records included in the proposed dataset (select all that apply):</w:t>
      </w:r>
    </w:p>
    <w:p w14:paraId="77DBF42C" w14:textId="6E26B28F" w:rsidR="0084574A" w:rsidRDefault="00000000">
      <w:pPr>
        <w:spacing w:after="40"/>
      </w:pPr>
      <w:sdt>
        <w:sdtPr>
          <w:id w:val="3540804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84574A">
        <w:t>Visual / field observation</w:t>
      </w:r>
    </w:p>
    <w:p w14:paraId="10BFC426" w14:textId="5D9D1CA5" w:rsidR="00877E91" w:rsidRDefault="00000000">
      <w:pPr>
        <w:spacing w:after="40"/>
      </w:pPr>
      <w:sdt>
        <w:sdtPr>
          <w:id w:val="362863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84574A">
        <w:t>Museum / preserved specimen</w:t>
      </w:r>
    </w:p>
    <w:p w14:paraId="27D4B24F" w14:textId="6F60DA27" w:rsidR="00877E91" w:rsidRDefault="00000000">
      <w:pPr>
        <w:spacing w:after="40"/>
      </w:pPr>
      <w:sdt>
        <w:sdtPr>
          <w:id w:val="510879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84574A">
        <w:t>eDNA record</w:t>
      </w:r>
    </w:p>
    <w:p w14:paraId="25C945A3" w14:textId="719DFFCD" w:rsidR="00877E91" w:rsidRDefault="00000000">
      <w:pPr>
        <w:spacing w:after="40"/>
      </w:pPr>
      <w:sdt>
        <w:sdtPr>
          <w:id w:val="-10776672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84574A">
        <w:t xml:space="preserve">Other: </w:t>
      </w:r>
      <w:sdt>
        <w:sdtPr>
          <w:id w:val="-462198389"/>
          <w:placeholder>
            <w:docPart w:val="307CB9D398BD4B5C9AEC4637522BFBD7"/>
          </w:placeholder>
          <w:showingPlcHdr/>
        </w:sdtPr>
        <w:sdtContent>
          <w:r w:rsidR="0084574A" w:rsidRPr="00D87143">
            <w:rPr>
              <w:rStyle w:val="PlaceholderText"/>
            </w:rPr>
            <w:t>Click or tap here to enter text.</w:t>
          </w:r>
        </w:sdtContent>
      </w:sdt>
    </w:p>
    <w:p w14:paraId="358135E3" w14:textId="77777777" w:rsidR="005A2050" w:rsidRDefault="005A2050">
      <w:pPr>
        <w:pStyle w:val="Heading2"/>
      </w:pPr>
    </w:p>
    <w:p w14:paraId="38FD1DBB" w14:textId="77777777" w:rsidR="00877E91" w:rsidRDefault="00000000">
      <w:pPr>
        <w:pStyle w:val="Heading2"/>
      </w:pPr>
      <w:r>
        <w:t>Additional information</w:t>
      </w:r>
    </w:p>
    <w:p w14:paraId="616A67B9" w14:textId="77777777" w:rsidR="00877E91" w:rsidRDefault="00000000">
      <w:r>
        <w:t>Please indicate additional information associated with the records, where available:</w:t>
      </w:r>
    </w:p>
    <w:p w14:paraId="4A1A0769" w14:textId="0E819C6F" w:rsidR="00877E91" w:rsidRDefault="00000000">
      <w:pPr>
        <w:spacing w:after="40"/>
      </w:pPr>
      <w:sdt>
        <w:sdtPr>
          <w:id w:val="14333160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Abundance</w:t>
      </w:r>
    </w:p>
    <w:p w14:paraId="639B33DD" w14:textId="1D5B089F" w:rsidR="00877E91" w:rsidRDefault="00000000">
      <w:pPr>
        <w:spacing w:after="40"/>
      </w:pPr>
      <w:sdt>
        <w:sdtPr>
          <w:id w:val="-14507067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Sampling method</w:t>
      </w:r>
    </w:p>
    <w:p w14:paraId="542194A1" w14:textId="6DE5A497" w:rsidR="00877E91" w:rsidRDefault="00000000">
      <w:pPr>
        <w:spacing w:after="40"/>
      </w:pPr>
      <w:sdt>
        <w:sdtPr>
          <w:id w:val="18186059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3F35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Sampling effort</w:t>
      </w:r>
    </w:p>
    <w:p w14:paraId="274FBB2F" w14:textId="1DE814FE" w:rsidR="00877E91" w:rsidRDefault="00000000">
      <w:pPr>
        <w:spacing w:after="40"/>
      </w:pPr>
      <w:sdt>
        <w:sdtPr>
          <w:id w:val="440504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Photographs</w:t>
      </w:r>
    </w:p>
    <w:p w14:paraId="38CCB39F" w14:textId="6B7A098C" w:rsidR="00877E91" w:rsidRDefault="00000000">
      <w:pPr>
        <w:spacing w:after="40"/>
      </w:pPr>
      <w:sdt>
        <w:sdtPr>
          <w:id w:val="12838425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Habitat measurements</w:t>
      </w:r>
    </w:p>
    <w:p w14:paraId="2013A16C" w14:textId="43CD1F51" w:rsidR="00877E91" w:rsidRDefault="00000000">
      <w:pPr>
        <w:spacing w:after="40"/>
      </w:pPr>
      <w:sdt>
        <w:sdtPr>
          <w:id w:val="-8865606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Water-quality measurements</w:t>
      </w:r>
    </w:p>
    <w:p w14:paraId="2C246ABA" w14:textId="2F375027" w:rsidR="00877E91" w:rsidRDefault="00000000">
      <w:pPr>
        <w:spacing w:after="40"/>
      </w:pPr>
      <w:sdt>
        <w:sdtPr>
          <w:id w:val="-13854819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Other environmental variables</w:t>
      </w:r>
    </w:p>
    <w:p w14:paraId="0C1F27C8" w14:textId="780AA6F4" w:rsidR="00877E91" w:rsidRDefault="00000000">
      <w:pPr>
        <w:spacing w:after="40"/>
      </w:pPr>
      <w:sdt>
        <w:sdtPr>
          <w:id w:val="1903088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 xml:space="preserve">Other: </w:t>
      </w:r>
      <w:sdt>
        <w:sdtPr>
          <w:id w:val="2023741874"/>
          <w:placeholder>
            <w:docPart w:val="4113B45E91C547B983DAA660E3F976E5"/>
          </w:placeholder>
          <w:showingPlcHdr/>
        </w:sdtPr>
        <w:sdtContent>
          <w:r w:rsidR="0084574A" w:rsidRPr="00D87143">
            <w:rPr>
              <w:rStyle w:val="PlaceholderText"/>
            </w:rPr>
            <w:t>Click or tap here to enter text.</w:t>
          </w:r>
        </w:sdtContent>
      </w:sdt>
    </w:p>
    <w:p w14:paraId="2245DEB4" w14:textId="77777777" w:rsidR="00EF2FC4" w:rsidRDefault="00EF2FC4">
      <w:pPr>
        <w:rPr>
          <w:b/>
        </w:rPr>
      </w:pPr>
    </w:p>
    <w:p w14:paraId="6D7D57F6" w14:textId="77777777" w:rsidR="00877E91" w:rsidRDefault="00000000">
      <w:r>
        <w:rPr>
          <w:b/>
        </w:rPr>
        <w:t>Briefly describe the current format and condition of the data</w:t>
      </w:r>
      <w:r>
        <w:t xml:space="preserve"> (e.g. spreadsheets, databases, transcribing hard-copy data sheets, museum records or records requiring </w:t>
      </w:r>
      <w:proofErr w:type="spellStart"/>
      <w:r>
        <w:t>digitisation</w:t>
      </w:r>
      <w:proofErr w:type="spellEnd"/>
      <w:r>
        <w:t>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82"/>
      </w:tblGrid>
      <w:tr w:rsidR="00EF2FC4" w14:paraId="2429849D" w14:textId="77777777" w:rsidTr="00EF2FC4">
        <w:tc>
          <w:tcPr>
            <w:tcW w:w="10382" w:type="dxa"/>
          </w:tcPr>
          <w:sdt>
            <w:sdtPr>
              <w:id w:val="-2041203140"/>
              <w:placeholder>
                <w:docPart w:val="DefaultPlaceholder_-1854013440"/>
              </w:placeholder>
              <w:showingPlcHdr/>
            </w:sdtPr>
            <w:sdtContent>
              <w:p w14:paraId="7CA45786" w14:textId="3EA890E1" w:rsidR="00EF2FC4" w:rsidRPr="00345ACE" w:rsidRDefault="00345ACE" w:rsidP="00EF2FC4">
                <w:r w:rsidRPr="00D87143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7BEA3E5" w14:textId="77777777" w:rsidR="00EF2FC4" w:rsidRDefault="00EF2FC4">
            <w:pPr>
              <w:pStyle w:val="Heading1"/>
            </w:pPr>
          </w:p>
          <w:p w14:paraId="77A2578A" w14:textId="77777777" w:rsidR="00EF2FC4" w:rsidRDefault="00EF2FC4" w:rsidP="00EF2FC4"/>
          <w:p w14:paraId="2A0530AF" w14:textId="77777777" w:rsidR="00EF2FC4" w:rsidRPr="00EF2FC4" w:rsidRDefault="00EF2FC4" w:rsidP="00EF2FC4"/>
        </w:tc>
      </w:tr>
    </w:tbl>
    <w:p w14:paraId="67D1491C" w14:textId="77777777" w:rsidR="00EF2FC4" w:rsidRDefault="00EF2FC4">
      <w:pPr>
        <w:pStyle w:val="Heading1"/>
      </w:pPr>
    </w:p>
    <w:p w14:paraId="62EE9B59" w14:textId="77777777" w:rsidR="00877E91" w:rsidRDefault="00000000">
      <w:pPr>
        <w:pStyle w:val="Heading1"/>
      </w:pPr>
      <w:r>
        <w:t>4. GBIF Status and Data Sharing</w:t>
      </w:r>
    </w:p>
    <w:p w14:paraId="76CA9FE9" w14:textId="77777777" w:rsidR="00877E91" w:rsidRDefault="00000000">
      <w:pPr>
        <w:pStyle w:val="Heading2"/>
      </w:pPr>
      <w:r>
        <w:t>GBIF status</w:t>
      </w:r>
    </w:p>
    <w:p w14:paraId="5665B424" w14:textId="77777777" w:rsidR="00877E91" w:rsidRDefault="00000000">
      <w:r>
        <w:rPr>
          <w:b/>
        </w:rPr>
        <w:t>Are any of the records for which you are requesting funding already published to GBIF?</w:t>
      </w:r>
    </w:p>
    <w:p w14:paraId="16BCA4B8" w14:textId="4BB3E716" w:rsidR="00877E91" w:rsidRDefault="00000000">
      <w:pPr>
        <w:spacing w:after="40"/>
      </w:pPr>
      <w:sdt>
        <w:sdtPr>
          <w:id w:val="-1586927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No</w:t>
      </w:r>
    </w:p>
    <w:p w14:paraId="5E07DFF0" w14:textId="4FB507FD" w:rsidR="00877E91" w:rsidRDefault="00000000">
      <w:pPr>
        <w:spacing w:after="40"/>
      </w:pPr>
      <w:sdt>
        <w:sdtPr>
          <w:id w:val="-441684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Yes</w:t>
      </w:r>
    </w:p>
    <w:p w14:paraId="6F26E3C2" w14:textId="77777777" w:rsidR="005A2050" w:rsidRDefault="005A2050">
      <w:pPr>
        <w:rPr>
          <w:b/>
        </w:rPr>
      </w:pPr>
    </w:p>
    <w:p w14:paraId="41FC870E" w14:textId="77777777" w:rsidR="00877E91" w:rsidRDefault="00000000">
      <w:r>
        <w:rPr>
          <w:b/>
        </w:rPr>
        <w:t>Records already published to GBIF are not eligible for funding.</w:t>
      </w:r>
    </w:p>
    <w:p w14:paraId="0FD60E6A" w14:textId="77777777" w:rsidR="00877E91" w:rsidRDefault="00000000">
      <w:r>
        <w:t>If part of a larger dataset has already been published to GBIF, briefly explain how you have identified and excluded these records from the number proposed above: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82"/>
      </w:tblGrid>
      <w:tr w:rsidR="00EF2FC4" w:rsidRPr="00EF2FC4" w14:paraId="28E994D5" w14:textId="77777777" w:rsidTr="00EF2FC4">
        <w:tc>
          <w:tcPr>
            <w:tcW w:w="10382" w:type="dxa"/>
          </w:tcPr>
          <w:sdt>
            <w:sdtPr>
              <w:id w:val="-167630175"/>
              <w:placeholder>
                <w:docPart w:val="DFE66350BDBD4CB1A401F1F75E666B7D"/>
              </w:placeholder>
              <w:showingPlcHdr/>
            </w:sdtPr>
            <w:sdtContent>
              <w:p w14:paraId="1AA6E4E8" w14:textId="536E2D6B" w:rsidR="00EF2FC4" w:rsidRDefault="0084574A" w:rsidP="00622906">
                <w:pPr>
                  <w:spacing w:after="40"/>
                </w:pPr>
                <w:r w:rsidRPr="00D87143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FA845D7" w14:textId="77777777" w:rsidR="00EF2FC4" w:rsidRDefault="00EF2FC4" w:rsidP="00622906">
            <w:pPr>
              <w:spacing w:after="40"/>
            </w:pPr>
          </w:p>
          <w:p w14:paraId="458C0D5D" w14:textId="77777777" w:rsidR="00EF2FC4" w:rsidRPr="00EF2FC4" w:rsidRDefault="00EF2FC4" w:rsidP="00622906">
            <w:pPr>
              <w:spacing w:after="40"/>
            </w:pPr>
          </w:p>
        </w:tc>
      </w:tr>
    </w:tbl>
    <w:p w14:paraId="23FF865F" w14:textId="6F005C4F" w:rsidR="00877E91" w:rsidRDefault="00000000">
      <w:pPr>
        <w:spacing w:after="40"/>
      </w:pPr>
      <w:sdt>
        <w:sdtPr>
          <w:id w:val="-1864529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I confirm that the number of records specified in Section 3 represents records that are not already published to GBIF: Yes</w:t>
      </w:r>
    </w:p>
    <w:p w14:paraId="1CD2BFEF" w14:textId="77777777" w:rsidR="005A2050" w:rsidRDefault="005A2050">
      <w:pPr>
        <w:pStyle w:val="Heading2"/>
      </w:pPr>
    </w:p>
    <w:p w14:paraId="5C19E9FF" w14:textId="77777777" w:rsidR="00877E91" w:rsidRDefault="00000000">
      <w:pPr>
        <w:pStyle w:val="Heading2"/>
      </w:pPr>
      <w:r>
        <w:t>Data ownership and permissions</w:t>
      </w:r>
    </w:p>
    <w:p w14:paraId="6932C1FD" w14:textId="77777777" w:rsidR="00877E91" w:rsidRDefault="00000000">
      <w:pPr>
        <w:rPr>
          <w:b/>
        </w:rPr>
      </w:pPr>
      <w:r>
        <w:rPr>
          <w:b/>
        </w:rPr>
        <w:t>Who owns or is the custodian of the proposed dataset?</w:t>
      </w:r>
    </w:p>
    <w:p w14:paraId="428ED214" w14:textId="6866B97F" w:rsidR="0084574A" w:rsidRDefault="00000000">
      <w:sdt>
        <w:sdtPr>
          <w:id w:val="-1177423142"/>
          <w:placeholder>
            <w:docPart w:val="B0F17D23A125433B96B59BA096AEB170"/>
          </w:placeholder>
          <w:showingPlcHdr/>
        </w:sdtPr>
        <w:sdtContent>
          <w:r w:rsidR="0084574A" w:rsidRPr="00D87143">
            <w:rPr>
              <w:rStyle w:val="PlaceholderText"/>
            </w:rPr>
            <w:t>Click or tap here to enter text.</w:t>
          </w:r>
        </w:sdtContent>
      </w:sdt>
    </w:p>
    <w:p w14:paraId="16952F68" w14:textId="77777777" w:rsidR="005A2050" w:rsidRDefault="005A2050">
      <w:pPr>
        <w:rPr>
          <w:b/>
        </w:rPr>
      </w:pPr>
    </w:p>
    <w:p w14:paraId="744868D8" w14:textId="77777777" w:rsidR="00877E91" w:rsidRDefault="00000000">
      <w:r>
        <w:rPr>
          <w:b/>
        </w:rPr>
        <w:t xml:space="preserve">Does the applicant have the necessary authority/permission to </w:t>
      </w:r>
      <w:proofErr w:type="spellStart"/>
      <w:r>
        <w:rPr>
          <w:b/>
        </w:rPr>
        <w:t>mobilise</w:t>
      </w:r>
      <w:proofErr w:type="spellEnd"/>
      <w:r>
        <w:rPr>
          <w:b/>
        </w:rPr>
        <w:t xml:space="preserve"> and publish these data to FBIS-Africa and GBIF?</w:t>
      </w:r>
    </w:p>
    <w:p w14:paraId="18EB0BED" w14:textId="7BE23603" w:rsidR="00877E91" w:rsidRDefault="00000000">
      <w:pPr>
        <w:spacing w:after="40"/>
      </w:pPr>
      <w:sdt>
        <w:sdtPr>
          <w:id w:val="-5341127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Yes</w:t>
      </w:r>
    </w:p>
    <w:p w14:paraId="0C35347B" w14:textId="303EFFE9" w:rsidR="00877E91" w:rsidRDefault="00000000">
      <w:pPr>
        <w:spacing w:after="40"/>
      </w:pPr>
      <w:sdt>
        <w:sdtPr>
          <w:id w:val="-1927642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Permission will be obtained before publication</w:t>
      </w:r>
    </w:p>
    <w:p w14:paraId="702AFAB1" w14:textId="7BEC59FE" w:rsidR="00877E91" w:rsidRDefault="00000000">
      <w:pPr>
        <w:spacing w:after="40"/>
      </w:pPr>
      <w:sdt>
        <w:sdtPr>
          <w:id w:val="6095602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No</w:t>
      </w:r>
    </w:p>
    <w:p w14:paraId="3BE0585B" w14:textId="77777777" w:rsidR="00877E91" w:rsidRDefault="00000000">
      <w:r>
        <w:t>If permission still needs to be obtained, please explain: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82"/>
      </w:tblGrid>
      <w:tr w:rsidR="00406E48" w14:paraId="2CB4879B" w14:textId="77777777" w:rsidTr="00406E48">
        <w:tc>
          <w:tcPr>
            <w:tcW w:w="10382" w:type="dxa"/>
          </w:tcPr>
          <w:sdt>
            <w:sdtPr>
              <w:id w:val="-1166322982"/>
              <w:placeholder>
                <w:docPart w:val="DefaultPlaceholder_-1854013440"/>
              </w:placeholder>
              <w:showingPlcHdr/>
            </w:sdtPr>
            <w:sdtContent>
              <w:p w14:paraId="28AA5EDF" w14:textId="6407F3E0" w:rsidR="00406E48" w:rsidRPr="00345ACE" w:rsidRDefault="00345ACE" w:rsidP="00406E48">
                <w:r w:rsidRPr="00D87143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B065340" w14:textId="77777777" w:rsidR="00406E48" w:rsidRDefault="00406E48">
            <w:pPr>
              <w:pStyle w:val="Heading2"/>
            </w:pPr>
          </w:p>
        </w:tc>
      </w:tr>
    </w:tbl>
    <w:p w14:paraId="24C3187B" w14:textId="77777777" w:rsidR="00406E48" w:rsidRDefault="00406E48">
      <w:pPr>
        <w:pStyle w:val="Heading2"/>
      </w:pPr>
    </w:p>
    <w:p w14:paraId="6B8EF1FC" w14:textId="77777777" w:rsidR="00406E48" w:rsidRDefault="00406E48">
      <w:pPr>
        <w:pStyle w:val="Heading2"/>
      </w:pPr>
    </w:p>
    <w:p w14:paraId="65E63F70" w14:textId="77777777" w:rsidR="00877E91" w:rsidRDefault="00000000">
      <w:pPr>
        <w:pStyle w:val="Heading2"/>
      </w:pPr>
      <w:r>
        <w:t>FBIS-Africa Data Sharing Agreement</w:t>
      </w:r>
    </w:p>
    <w:p w14:paraId="4D1CA54C" w14:textId="77777777" w:rsidR="00877E91" w:rsidRDefault="00000000">
      <w:r>
        <w:t>Successful applicants will be required to sign an FBIS-Africa Data Sharing Agreement covering the mobilisation, sharing and publication of the funded data.</w:t>
      </w:r>
    </w:p>
    <w:p w14:paraId="5EFE26E1" w14:textId="77777777" w:rsidR="00877E91" w:rsidRDefault="00000000">
      <w:r>
        <w:rPr>
          <w:b/>
        </w:rPr>
        <w:t xml:space="preserve">All occurrence records </w:t>
      </w:r>
      <w:proofErr w:type="spellStart"/>
      <w:r>
        <w:rPr>
          <w:b/>
        </w:rPr>
        <w:t>mobilised</w:t>
      </w:r>
      <w:proofErr w:type="spellEnd"/>
      <w:r>
        <w:rPr>
          <w:b/>
        </w:rPr>
        <w:t xml:space="preserve"> through this grant will be published to FBIS-Africa and pushed to GBIF.</w:t>
      </w:r>
    </w:p>
    <w:p w14:paraId="57267083" w14:textId="35456900" w:rsidR="00877E91" w:rsidRDefault="00000000">
      <w:pPr>
        <w:spacing w:after="40"/>
      </w:pPr>
      <w:sdt>
        <w:sdtPr>
          <w:id w:val="20932749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 xml:space="preserve">I confirm that, if successful, the applicant is willing and able to enter into the FBIS-Africa Data Sharing Agreement and agrees to publication of the </w:t>
      </w:r>
      <w:proofErr w:type="spellStart"/>
      <w:r w:rsidR="0084574A">
        <w:t>mobilised</w:t>
      </w:r>
      <w:proofErr w:type="spellEnd"/>
      <w:r w:rsidR="0084574A">
        <w:t xml:space="preserve"> records through FBIS-Africa and GBIF: Yes</w:t>
      </w:r>
    </w:p>
    <w:p w14:paraId="78B72535" w14:textId="77777777" w:rsidR="005A2050" w:rsidRDefault="005A2050">
      <w:pPr>
        <w:pStyle w:val="Heading1"/>
      </w:pPr>
    </w:p>
    <w:p w14:paraId="251B575E" w14:textId="77777777" w:rsidR="00877E91" w:rsidRDefault="00000000">
      <w:pPr>
        <w:pStyle w:val="Heading1"/>
      </w:pPr>
      <w:r>
        <w:t>5. Proposed Data Mobilisation Activities</w:t>
      </w:r>
    </w:p>
    <w:p w14:paraId="24F38765" w14:textId="77777777" w:rsidR="00877E91" w:rsidRDefault="00000000">
      <w:r>
        <w:rPr>
          <w:b/>
        </w:rPr>
        <w:t xml:space="preserve">Briefly describe how the proposed data will be </w:t>
      </w:r>
      <w:proofErr w:type="spellStart"/>
      <w:r>
        <w:rPr>
          <w:b/>
        </w:rPr>
        <w:t>mobilised</w:t>
      </w:r>
      <w:proofErr w:type="spellEnd"/>
      <w:r>
        <w:rPr>
          <w:b/>
        </w:rPr>
        <w:t xml:space="preserve"> and prepared for publication.</w:t>
      </w:r>
    </w:p>
    <w:p w14:paraId="2D9DE3CB" w14:textId="77777777" w:rsidR="00877E91" w:rsidRDefault="00000000">
      <w:r>
        <w:rPr>
          <w:b/>
        </w:rPr>
        <w:t>Maximum 300 words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82"/>
      </w:tblGrid>
      <w:tr w:rsidR="00406E48" w14:paraId="25F81378" w14:textId="77777777" w:rsidTr="00406E48">
        <w:tc>
          <w:tcPr>
            <w:tcW w:w="10382" w:type="dxa"/>
          </w:tcPr>
          <w:sdt>
            <w:sdtPr>
              <w:id w:val="-392664862"/>
              <w:placeholder>
                <w:docPart w:val="DefaultPlaceholder_-1854013440"/>
              </w:placeholder>
              <w:showingPlcHdr/>
            </w:sdtPr>
            <w:sdtContent>
              <w:p w14:paraId="1D389BC5" w14:textId="760706A3" w:rsidR="00406E48" w:rsidRPr="00345ACE" w:rsidRDefault="00345ACE" w:rsidP="00406E48">
                <w:r w:rsidRPr="00D87143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FBC90D0" w14:textId="77777777" w:rsidR="00406E48" w:rsidRDefault="00406E48">
            <w:pPr>
              <w:pStyle w:val="Heading2"/>
            </w:pPr>
          </w:p>
          <w:p w14:paraId="200C308A" w14:textId="77777777" w:rsidR="00406E48" w:rsidRDefault="00406E48" w:rsidP="00406E48"/>
          <w:p w14:paraId="0EAEE1B9" w14:textId="77777777" w:rsidR="00406E48" w:rsidRDefault="00406E48" w:rsidP="00406E48"/>
          <w:p w14:paraId="66162389" w14:textId="77777777" w:rsidR="00406E48" w:rsidRDefault="00406E48" w:rsidP="00406E48"/>
          <w:p w14:paraId="7A5E3AD9" w14:textId="77777777" w:rsidR="00406E48" w:rsidRDefault="00406E48" w:rsidP="00406E48"/>
          <w:p w14:paraId="0C048F3F" w14:textId="77777777" w:rsidR="00406E48" w:rsidRPr="00406E48" w:rsidRDefault="00406E48" w:rsidP="00406E48"/>
        </w:tc>
      </w:tr>
    </w:tbl>
    <w:p w14:paraId="390FA32F" w14:textId="77777777" w:rsidR="00406E48" w:rsidRDefault="00406E48">
      <w:pPr>
        <w:pStyle w:val="Heading2"/>
      </w:pPr>
    </w:p>
    <w:p w14:paraId="27F40B95" w14:textId="77777777" w:rsidR="00877E91" w:rsidRDefault="00000000">
      <w:pPr>
        <w:pStyle w:val="Heading2"/>
      </w:pPr>
      <w:r>
        <w:t>FBIS-Africa Data Upload Template</w:t>
      </w:r>
    </w:p>
    <w:p w14:paraId="586D0DDF" w14:textId="77777777" w:rsidR="00877E91" w:rsidRDefault="00000000">
      <w:r>
        <w:t>All funded datasets must be formatted using the FBIS-Africa Data Upload Template available at https://fbisafrica.org/upload/. Support from the FBIS-Africa team will be available if needed.</w:t>
      </w:r>
    </w:p>
    <w:p w14:paraId="6ABA0D6F" w14:textId="42D9E510" w:rsidR="00877E91" w:rsidRDefault="00000000">
      <w:pPr>
        <w:spacing w:after="40"/>
      </w:pPr>
      <w:sdt>
        <w:sdtPr>
          <w:id w:val="-14324351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I confirm that the project team will format the funded data using the required FBIS-Africa Data Upload Template: Yes</w:t>
      </w:r>
    </w:p>
    <w:p w14:paraId="7EA24AF7" w14:textId="77777777" w:rsidR="005A2050" w:rsidRDefault="005A2050">
      <w:pPr>
        <w:pStyle w:val="Heading1"/>
      </w:pPr>
    </w:p>
    <w:p w14:paraId="3322D84C" w14:textId="77777777" w:rsidR="00877E91" w:rsidRDefault="00000000">
      <w:pPr>
        <w:pStyle w:val="Heading1"/>
      </w:pPr>
      <w:r>
        <w:t>6. Applicant Capacity</w:t>
      </w:r>
    </w:p>
    <w:p w14:paraId="5AD0AB1B" w14:textId="77777777" w:rsidR="00877E91" w:rsidRDefault="00000000">
      <w:r>
        <w:t xml:space="preserve">Briefly describe the project team's relevant experience and capacity to successfully complete the proposed work, including relevant expertise in freshwater biodiversity, taxonomy, biodiversity data management, </w:t>
      </w:r>
      <w:proofErr w:type="spellStart"/>
      <w:r>
        <w:t>digitisation</w:t>
      </w:r>
      <w:proofErr w:type="spellEnd"/>
      <w:r>
        <w:t>, GIS/georeferencing or data mobilisation.</w:t>
      </w:r>
    </w:p>
    <w:p w14:paraId="1241204D" w14:textId="77777777" w:rsidR="00877E91" w:rsidRDefault="00000000">
      <w:r>
        <w:rPr>
          <w:b/>
        </w:rPr>
        <w:t>Maximum 200 words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82"/>
      </w:tblGrid>
      <w:tr w:rsidR="00406E48" w14:paraId="2D319B2A" w14:textId="77777777" w:rsidTr="00406E48">
        <w:tc>
          <w:tcPr>
            <w:tcW w:w="10382" w:type="dxa"/>
          </w:tcPr>
          <w:sdt>
            <w:sdtPr>
              <w:id w:val="1028530949"/>
              <w:placeholder>
                <w:docPart w:val="DefaultPlaceholder_-1854013440"/>
              </w:placeholder>
              <w:showingPlcHdr/>
            </w:sdtPr>
            <w:sdtContent>
              <w:p w14:paraId="6780D641" w14:textId="6AAE1EF2" w:rsidR="00406E48" w:rsidRPr="00345ACE" w:rsidRDefault="00345ACE" w:rsidP="00406E48">
                <w:r w:rsidRPr="00D87143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4A862DD" w14:textId="77777777" w:rsidR="00406E48" w:rsidRDefault="00406E48"/>
          <w:p w14:paraId="5AE59DA9" w14:textId="77777777" w:rsidR="00406E48" w:rsidRDefault="00406E48"/>
          <w:p w14:paraId="35DE5362" w14:textId="77777777" w:rsidR="00406E48" w:rsidRDefault="00406E48"/>
        </w:tc>
      </w:tr>
    </w:tbl>
    <w:p w14:paraId="631A5573" w14:textId="77777777" w:rsidR="00406E48" w:rsidRDefault="00406E48"/>
    <w:p w14:paraId="044D09A7" w14:textId="77777777" w:rsidR="00877E91" w:rsidRDefault="00000000">
      <w:r>
        <w:rPr>
          <w:b/>
        </w:rPr>
        <w:t>A CV for the Project Leader must be submitted with this application.</w:t>
      </w:r>
    </w:p>
    <w:p w14:paraId="1A77FC39" w14:textId="77777777" w:rsidR="005A2050" w:rsidRDefault="005A2050">
      <w:pPr>
        <w:pStyle w:val="Heading1"/>
      </w:pPr>
    </w:p>
    <w:p w14:paraId="0813E529" w14:textId="77777777" w:rsidR="00877E91" w:rsidRDefault="00000000">
      <w:pPr>
        <w:pStyle w:val="Heading1"/>
      </w:pPr>
      <w:r>
        <w:t>7. Applicant Declaration</w:t>
      </w:r>
    </w:p>
    <w:p w14:paraId="7E4B102F" w14:textId="77777777" w:rsidR="00877E91" w:rsidRDefault="00000000">
      <w:r>
        <w:t>I confirm that:</w:t>
      </w:r>
    </w:p>
    <w:p w14:paraId="20B8E76B" w14:textId="3C357C44" w:rsidR="00877E91" w:rsidRDefault="00000000">
      <w:pPr>
        <w:spacing w:after="40"/>
      </w:pPr>
      <w:sdt>
        <w:sdtPr>
          <w:id w:val="1187095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The information provided in this application is accurate.</w:t>
      </w:r>
    </w:p>
    <w:p w14:paraId="7092AF96" w14:textId="6AED144B" w:rsidR="00877E91" w:rsidRDefault="00000000">
      <w:pPr>
        <w:spacing w:after="40"/>
      </w:pPr>
      <w:sdt>
        <w:sdtPr>
          <w:id w:val="-368920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The occurrence records proposed for funding are not already published to GBIF.</w:t>
      </w:r>
    </w:p>
    <w:p w14:paraId="466704C7" w14:textId="2430680D" w:rsidR="00877E91" w:rsidRDefault="00000000">
      <w:pPr>
        <w:spacing w:after="40"/>
      </w:pPr>
      <w:sdt>
        <w:sdtPr>
          <w:id w:val="19077945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The proposed records contain, at minimum, taxon name, sampling date and spatial coordinates.</w:t>
      </w:r>
    </w:p>
    <w:p w14:paraId="792F26B9" w14:textId="7014764A" w:rsidR="00877E91" w:rsidRDefault="00000000">
      <w:pPr>
        <w:spacing w:after="40"/>
      </w:pPr>
      <w:sdt>
        <w:sdtPr>
          <w:id w:val="7140789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 xml:space="preserve">The applicant has, or will obtain, the necessary authority and permissions to </w:t>
      </w:r>
      <w:proofErr w:type="spellStart"/>
      <w:r w:rsidR="0084574A">
        <w:t>mobilise</w:t>
      </w:r>
      <w:proofErr w:type="spellEnd"/>
      <w:r w:rsidR="0084574A">
        <w:t xml:space="preserve"> and publish the data.</w:t>
      </w:r>
    </w:p>
    <w:p w14:paraId="20ED7EA5" w14:textId="5C0ADE3B" w:rsidR="00877E91" w:rsidRDefault="00000000">
      <w:pPr>
        <w:spacing w:after="40"/>
      </w:pPr>
      <w:sdt>
        <w:sdtPr>
          <w:id w:val="-1180656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The applicant agrees to sign the FBIS-Africa Data Sharing Agreement if the application is successful.</w:t>
      </w:r>
    </w:p>
    <w:p w14:paraId="52204819" w14:textId="27FC6643" w:rsidR="00877E91" w:rsidRDefault="00000000">
      <w:pPr>
        <w:spacing w:after="40"/>
      </w:pPr>
      <w:sdt>
        <w:sdtPr>
          <w:id w:val="-349483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 xml:space="preserve">The applicant understands and agrees that all occurrence records </w:t>
      </w:r>
      <w:proofErr w:type="spellStart"/>
      <w:r w:rsidR="0084574A">
        <w:t>mobilised</w:t>
      </w:r>
      <w:proofErr w:type="spellEnd"/>
      <w:r w:rsidR="0084574A">
        <w:t xml:space="preserve"> through this grant will be published to FBIS-Africa and pushed to GBIF.</w:t>
      </w:r>
    </w:p>
    <w:p w14:paraId="3B7ABDD9" w14:textId="18EBD03D" w:rsidR="00877E91" w:rsidRDefault="00000000">
      <w:pPr>
        <w:spacing w:after="40"/>
      </w:pPr>
      <w:sdt>
        <w:sdtPr>
          <w:id w:val="13909161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All funded activities and deliverables will be completed during the January–June 2027 grant period.</w:t>
      </w:r>
    </w:p>
    <w:p w14:paraId="6ED214B5" w14:textId="29A07AF8" w:rsidR="00877E91" w:rsidRDefault="00000000">
      <w:pPr>
        <w:spacing w:after="40"/>
      </w:pPr>
      <w:sdt>
        <w:sdtPr>
          <w:id w:val="725494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The funded data will be formatted using the FBIS-Africa Data Upload Template.</w:t>
      </w:r>
    </w:p>
    <w:p w14:paraId="0C714CA8" w14:textId="0C9A4886" w:rsidR="00877E91" w:rsidRDefault="00000000">
      <w:pPr>
        <w:spacing w:after="40"/>
      </w:pPr>
      <w:sdt>
        <w:sdtPr>
          <w:id w:val="2038223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74A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84574A">
        <w:t>The applicant agrees to meet the data publication, technical reporting and financial reporting requirements specified in the grant agreement.</w:t>
      </w:r>
    </w:p>
    <w:p w14:paraId="719687E5" w14:textId="77777777" w:rsidR="00E74AE1" w:rsidRDefault="00E74AE1">
      <w:pPr>
        <w:rPr>
          <w:b/>
        </w:rPr>
      </w:pPr>
    </w:p>
    <w:p w14:paraId="08959694" w14:textId="76592A4F" w:rsidR="00345ACE" w:rsidRPr="00345ACE" w:rsidRDefault="00000000">
      <w:pPr>
        <w:rPr>
          <w:bCs/>
        </w:rPr>
      </w:pPr>
      <w:r>
        <w:rPr>
          <w:b/>
        </w:rPr>
        <w:t>Project Leader:</w:t>
      </w:r>
      <w:r w:rsidR="0084574A">
        <w:rPr>
          <w:b/>
        </w:rPr>
        <w:t xml:space="preserve"> </w:t>
      </w:r>
      <w:sdt>
        <w:sdtPr>
          <w:rPr>
            <w:b/>
          </w:rPr>
          <w:id w:val="-161240277"/>
          <w:placeholder>
            <w:docPart w:val="DefaultPlaceholder_-1854013440"/>
          </w:placeholder>
          <w:showingPlcHdr/>
        </w:sdtPr>
        <w:sdtContent>
          <w:r w:rsidR="00345ACE" w:rsidRPr="00D87143">
            <w:rPr>
              <w:rStyle w:val="PlaceholderText"/>
            </w:rPr>
            <w:t>Click or tap here to enter text.</w:t>
          </w:r>
        </w:sdtContent>
      </w:sdt>
    </w:p>
    <w:p w14:paraId="07B5287B" w14:textId="7D2C614C" w:rsidR="00877E91" w:rsidRDefault="00000000">
      <w:r>
        <w:rPr>
          <w:b/>
        </w:rPr>
        <w:t>Signature:</w:t>
      </w:r>
      <w:r>
        <w:t xml:space="preserve"> </w:t>
      </w:r>
      <w:r w:rsidR="00345ACE">
        <w:t xml:space="preserve"> </w:t>
      </w:r>
      <w:sdt>
        <w:sdtPr>
          <w:id w:val="-1894033777"/>
          <w:showingPlcHdr/>
          <w:picture/>
        </w:sdtPr>
        <w:sdtContent>
          <w:r w:rsidR="00345ACE">
            <w:rPr>
              <w:noProof/>
            </w:rPr>
            <w:drawing>
              <wp:inline distT="0" distB="0" distL="0" distR="0" wp14:anchorId="76E63E67" wp14:editId="73CB5735">
                <wp:extent cx="1524000" cy="571500"/>
                <wp:effectExtent l="0" t="0" r="0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345ACE">
        <w:t xml:space="preserve"> (upload </w:t>
      </w:r>
      <w:r w:rsidR="00E75972">
        <w:t>.jpg or .</w:t>
      </w:r>
      <w:proofErr w:type="spellStart"/>
      <w:r w:rsidR="00E75972">
        <w:t>png</w:t>
      </w:r>
      <w:proofErr w:type="spellEnd"/>
      <w:r w:rsidR="00E75972">
        <w:t xml:space="preserve"> </w:t>
      </w:r>
      <w:r w:rsidR="00345ACE">
        <w:t xml:space="preserve">image of your signature) </w:t>
      </w:r>
    </w:p>
    <w:p w14:paraId="4BDE98B3" w14:textId="5B1AD23A" w:rsidR="00877E91" w:rsidRPr="00345ACE" w:rsidRDefault="00000000">
      <w:pPr>
        <w:rPr>
          <w:bCs/>
        </w:rPr>
      </w:pPr>
      <w:r>
        <w:rPr>
          <w:b/>
        </w:rPr>
        <w:t>Date:</w:t>
      </w:r>
      <w:r w:rsidR="0084574A">
        <w:rPr>
          <w:b/>
        </w:rPr>
        <w:t xml:space="preserve"> </w:t>
      </w:r>
      <w:sdt>
        <w:sdtPr>
          <w:rPr>
            <w:b/>
          </w:rPr>
          <w:id w:val="1482121593"/>
          <w:placeholder>
            <w:docPart w:val="DefaultPlaceholder_-1854013440"/>
          </w:placeholder>
          <w:showingPlcHdr/>
        </w:sdtPr>
        <w:sdtContent>
          <w:r w:rsidR="00345ACE" w:rsidRPr="00D87143">
            <w:rPr>
              <w:rStyle w:val="PlaceholderText"/>
            </w:rPr>
            <w:t>Click or tap here to enter text.</w:t>
          </w:r>
        </w:sdtContent>
      </w:sdt>
    </w:p>
    <w:p w14:paraId="3594F6B3" w14:textId="77777777" w:rsidR="002B3BA5" w:rsidRDefault="002B3BA5">
      <w:pPr>
        <w:pStyle w:val="Heading2"/>
      </w:pPr>
    </w:p>
    <w:p w14:paraId="2EC90B8B" w14:textId="77777777" w:rsidR="00877E91" w:rsidRDefault="00000000">
      <w:pPr>
        <w:pStyle w:val="Heading2"/>
      </w:pPr>
      <w:r>
        <w:t>Application Checklist</w:t>
      </w:r>
    </w:p>
    <w:p w14:paraId="71CC9727" w14:textId="0C69265A" w:rsidR="00877E91" w:rsidRDefault="00000000">
      <w:pPr>
        <w:spacing w:after="40"/>
      </w:pPr>
      <w:sdt>
        <w:sdtPr>
          <w:id w:val="-12477938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6ADD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F16ADD">
        <w:t>Completed application form</w:t>
      </w:r>
    </w:p>
    <w:p w14:paraId="6655C2BA" w14:textId="38F10C2F" w:rsidR="00F16ADD" w:rsidRDefault="00000000">
      <w:pPr>
        <w:spacing w:after="40"/>
      </w:pPr>
      <w:sdt>
        <w:sdtPr>
          <w:id w:val="-2066015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6ADD">
            <w:rPr>
              <w:rFonts w:ascii="MS Gothic" w:eastAsia="MS Gothic" w:hAnsi="MS Gothic" w:hint="eastAsia"/>
            </w:rPr>
            <w:t>☐</w:t>
          </w:r>
        </w:sdtContent>
      </w:sdt>
      <w:r w:rsidR="00E26B34">
        <w:t xml:space="preserve"> </w:t>
      </w:r>
      <w:r w:rsidR="00F16ADD">
        <w:t>Project motivation</w:t>
      </w:r>
    </w:p>
    <w:p w14:paraId="7453D279" w14:textId="15DCFAA6" w:rsidR="00F16ADD" w:rsidRDefault="00000000">
      <w:pPr>
        <w:spacing w:after="40"/>
      </w:pPr>
      <w:sdt>
        <w:sdtPr>
          <w:id w:val="-65982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6ADD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F16ADD">
        <w:t>Dataset details and number of records</w:t>
      </w:r>
    </w:p>
    <w:p w14:paraId="0C42D201" w14:textId="59886E19" w:rsidR="00877E91" w:rsidRDefault="00000000">
      <w:pPr>
        <w:spacing w:after="40"/>
      </w:pPr>
      <w:sdt>
        <w:sdtPr>
          <w:id w:val="267136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6ADD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F16ADD">
        <w:t>Confirmation that proposed records are not already published to GBIF</w:t>
      </w:r>
    </w:p>
    <w:p w14:paraId="7A7F3A77" w14:textId="61F48CF9" w:rsidR="00877E91" w:rsidRDefault="00000000">
      <w:pPr>
        <w:spacing w:after="40"/>
      </w:pPr>
      <w:sdt>
        <w:sdtPr>
          <w:id w:val="13556240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6ADD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F16ADD">
        <w:t>Project Leader CV</w:t>
      </w:r>
    </w:p>
    <w:p w14:paraId="7DF2D9B8" w14:textId="7DD108C4" w:rsidR="00877E91" w:rsidRDefault="00000000">
      <w:pPr>
        <w:spacing w:after="40"/>
      </w:pPr>
      <w:sdt>
        <w:sdtPr>
          <w:id w:val="4283170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6ADD">
            <w:rPr>
              <w:rFonts w:ascii="MS Gothic" w:eastAsia="MS Gothic" w:hAnsi="MS Gothic" w:hint="eastAsia"/>
            </w:rPr>
            <w:t>☐</w:t>
          </w:r>
        </w:sdtContent>
      </w:sdt>
      <w:r w:rsidR="00E43F35">
        <w:t xml:space="preserve"> </w:t>
      </w:r>
      <w:r w:rsidR="00F16ADD">
        <w:t>Relevant data ownership/permission information</w:t>
      </w:r>
    </w:p>
    <w:p w14:paraId="689756A9" w14:textId="77777777" w:rsidR="00406E48" w:rsidRDefault="00406E48">
      <w:pPr>
        <w:rPr>
          <w:b/>
        </w:rPr>
      </w:pPr>
    </w:p>
    <w:p w14:paraId="10E4841D" w14:textId="204E4EB6" w:rsidR="00877E91" w:rsidRDefault="00000000">
      <w:r>
        <w:rPr>
          <w:b/>
        </w:rPr>
        <w:t xml:space="preserve">Application deadline: </w:t>
      </w:r>
      <w:r w:rsidR="00993A13">
        <w:rPr>
          <w:b/>
        </w:rPr>
        <w:t>9</w:t>
      </w:r>
      <w:r>
        <w:rPr>
          <w:b/>
        </w:rPr>
        <w:t xml:space="preserve"> </w:t>
      </w:r>
      <w:r w:rsidR="00993A13">
        <w:rPr>
          <w:b/>
        </w:rPr>
        <w:t>November</w:t>
      </w:r>
      <w:r>
        <w:rPr>
          <w:b/>
        </w:rPr>
        <w:t xml:space="preserve"> 2026</w:t>
      </w:r>
    </w:p>
    <w:p w14:paraId="29AD0389" w14:textId="0F2139D9" w:rsidR="00877E91" w:rsidRDefault="00000000">
      <w:r>
        <w:rPr>
          <w:b/>
        </w:rPr>
        <w:t xml:space="preserve">Email completed applications and the Project Leader's CV to: </w:t>
      </w:r>
      <w:hyperlink r:id="rId10" w:history="1">
        <w:r w:rsidR="00993A13" w:rsidRPr="00404CED">
          <w:rPr>
            <w:rStyle w:val="Hyperlink"/>
            <w:b/>
          </w:rPr>
          <w:t>nazley@frcsa.org.za</w:t>
        </w:r>
      </w:hyperlink>
      <w:r w:rsidR="00471EE7">
        <w:rPr>
          <w:b/>
        </w:rPr>
        <w:t xml:space="preserve"> with the subject line ‘FBIS-Africa small grant application submission’.</w:t>
      </w:r>
    </w:p>
    <w:sectPr w:rsidR="00877E91" w:rsidSect="00034616">
      <w:footerReference w:type="even" r:id="rId11"/>
      <w:footerReference w:type="default" r:id="rId12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0DB69" w14:textId="77777777" w:rsidR="005B115E" w:rsidRDefault="005B115E" w:rsidP="002B3BA5">
      <w:pPr>
        <w:spacing w:after="0" w:line="240" w:lineRule="auto"/>
      </w:pPr>
      <w:r>
        <w:separator/>
      </w:r>
    </w:p>
  </w:endnote>
  <w:endnote w:type="continuationSeparator" w:id="0">
    <w:p w14:paraId="660AD9E6" w14:textId="77777777" w:rsidR="005B115E" w:rsidRDefault="005B115E" w:rsidP="002B3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5000785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25473730"/>
      <w:docPartObj>
        <w:docPartGallery w:val="Page Numbers (Bottom of Page)"/>
        <w:docPartUnique/>
      </w:docPartObj>
    </w:sdtPr>
    <w:sdtContent>
      <w:p w14:paraId="04D63C2D" w14:textId="6E23D587" w:rsidR="002B3BA5" w:rsidRDefault="002B3BA5" w:rsidP="00FD6F8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54502"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14:paraId="29CF3E5A" w14:textId="77777777" w:rsidR="002B3BA5" w:rsidRDefault="002B3BA5" w:rsidP="002B3BA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29605853"/>
      <w:docPartObj>
        <w:docPartGallery w:val="Page Numbers (Bottom of Page)"/>
        <w:docPartUnique/>
      </w:docPartObj>
    </w:sdtPr>
    <w:sdtContent>
      <w:p w14:paraId="70FCE019" w14:textId="77777777" w:rsidR="002B3BA5" w:rsidRDefault="002B3BA5" w:rsidP="00FD6F8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02E0553" w14:textId="77777777" w:rsidR="002B3BA5" w:rsidRDefault="002B3BA5" w:rsidP="002B3BA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AE1B8" w14:textId="77777777" w:rsidR="005B115E" w:rsidRDefault="005B115E" w:rsidP="002B3BA5">
      <w:pPr>
        <w:spacing w:after="0" w:line="240" w:lineRule="auto"/>
      </w:pPr>
      <w:r>
        <w:separator/>
      </w:r>
    </w:p>
  </w:footnote>
  <w:footnote w:type="continuationSeparator" w:id="0">
    <w:p w14:paraId="5CCDC8C3" w14:textId="77777777" w:rsidR="005B115E" w:rsidRDefault="005B115E" w:rsidP="002B3B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4353309">
    <w:abstractNumId w:val="8"/>
  </w:num>
  <w:num w:numId="2" w16cid:durableId="369307832">
    <w:abstractNumId w:val="6"/>
  </w:num>
  <w:num w:numId="3" w16cid:durableId="880020740">
    <w:abstractNumId w:val="5"/>
  </w:num>
  <w:num w:numId="4" w16cid:durableId="41028648">
    <w:abstractNumId w:val="4"/>
  </w:num>
  <w:num w:numId="5" w16cid:durableId="2109420726">
    <w:abstractNumId w:val="7"/>
  </w:num>
  <w:num w:numId="6" w16cid:durableId="84422030">
    <w:abstractNumId w:val="3"/>
  </w:num>
  <w:num w:numId="7" w16cid:durableId="1722946686">
    <w:abstractNumId w:val="2"/>
  </w:num>
  <w:num w:numId="8" w16cid:durableId="248736517">
    <w:abstractNumId w:val="1"/>
  </w:num>
  <w:num w:numId="9" w16cid:durableId="550000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59GEcjfz4dYh3Rb8r7Hxddn29bg6ZGvwI42KZUfk1nr8KzGcPDeIYtOma2JojqLl08eZjDvyqd8TAziPxkO83A==" w:salt="oPzuSqMQFvXbatDNzOuAS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7528"/>
    <w:rsid w:val="001C085F"/>
    <w:rsid w:val="001D1B4C"/>
    <w:rsid w:val="002512B0"/>
    <w:rsid w:val="0029639D"/>
    <w:rsid w:val="002A35B3"/>
    <w:rsid w:val="002B3BA5"/>
    <w:rsid w:val="002C7AD9"/>
    <w:rsid w:val="00323A18"/>
    <w:rsid w:val="00326F90"/>
    <w:rsid w:val="00345ACE"/>
    <w:rsid w:val="0039724B"/>
    <w:rsid w:val="003C43AD"/>
    <w:rsid w:val="00406E48"/>
    <w:rsid w:val="00454502"/>
    <w:rsid w:val="00471EE7"/>
    <w:rsid w:val="00491A59"/>
    <w:rsid w:val="0056094F"/>
    <w:rsid w:val="005A2050"/>
    <w:rsid w:val="005B115E"/>
    <w:rsid w:val="005B44CC"/>
    <w:rsid w:val="005F5A1C"/>
    <w:rsid w:val="00644FD2"/>
    <w:rsid w:val="0069614D"/>
    <w:rsid w:val="007B20DF"/>
    <w:rsid w:val="007E1F3C"/>
    <w:rsid w:val="008119F8"/>
    <w:rsid w:val="0084574A"/>
    <w:rsid w:val="00846089"/>
    <w:rsid w:val="00877E91"/>
    <w:rsid w:val="00993A13"/>
    <w:rsid w:val="009C3BA4"/>
    <w:rsid w:val="009E6444"/>
    <w:rsid w:val="00AA1D8D"/>
    <w:rsid w:val="00AC5DC9"/>
    <w:rsid w:val="00B347A2"/>
    <w:rsid w:val="00B41BC8"/>
    <w:rsid w:val="00B47730"/>
    <w:rsid w:val="00B62982"/>
    <w:rsid w:val="00C839BF"/>
    <w:rsid w:val="00CB0664"/>
    <w:rsid w:val="00CF22BE"/>
    <w:rsid w:val="00D87037"/>
    <w:rsid w:val="00DC2D9C"/>
    <w:rsid w:val="00DF6755"/>
    <w:rsid w:val="00E26B34"/>
    <w:rsid w:val="00E43F35"/>
    <w:rsid w:val="00E63FD4"/>
    <w:rsid w:val="00E74AE1"/>
    <w:rsid w:val="00E75972"/>
    <w:rsid w:val="00EE1CA2"/>
    <w:rsid w:val="00EF2FC4"/>
    <w:rsid w:val="00EF41F5"/>
    <w:rsid w:val="00F16AD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24E155D"/>
  <w14:defaultImageDpi w14:val="330"/>
  <w15:docId w15:val="{69D150DB-2289-C14A-A31E-15D2238C6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2B3BA5"/>
  </w:style>
  <w:style w:type="character" w:styleId="PlaceholderText">
    <w:name w:val="Placeholder Text"/>
    <w:basedOn w:val="DefaultParagraphFont"/>
    <w:uiPriority w:val="99"/>
    <w:semiHidden/>
    <w:rsid w:val="0056094F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471EE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1E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nazley@frcsa.org.z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8237D0-A1A6-4847-896A-6A229D503300}"/>
      </w:docPartPr>
      <w:docPartBody>
        <w:p w:rsidR="001D5DF4" w:rsidRDefault="00250FE6"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72D5B6725B45BCA380BE101D7995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CE4251-934B-45CE-B22C-B66B119E7B9A}"/>
      </w:docPartPr>
      <w:docPartBody>
        <w:p w:rsidR="00C001F0" w:rsidRDefault="001D5DF4" w:rsidP="001D5DF4">
          <w:pPr>
            <w:pStyle w:val="2372D5B6725B45BCA380BE101D799545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772AC3E0C74A48BE481831FC7F6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C2B1C-5CBF-402F-AE7E-411A21C04EE9}"/>
      </w:docPartPr>
      <w:docPartBody>
        <w:p w:rsidR="00C001F0" w:rsidRDefault="001D5DF4" w:rsidP="001D5DF4">
          <w:pPr>
            <w:pStyle w:val="7D772AC3E0C74A48BE481831FC7F6871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9F21ED0BFA44D4AFA6AF3AB0610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56F79E-E2C2-4F5A-A0C8-1781DF5BF84A}"/>
      </w:docPartPr>
      <w:docPartBody>
        <w:p w:rsidR="00C001F0" w:rsidRDefault="001D5DF4" w:rsidP="001D5DF4">
          <w:pPr>
            <w:pStyle w:val="7F9F21ED0BFA44D4AFA6AF3AB0610F7C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98528FADC248A9AB06A889066D2E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DAB32D-739F-4349-B51A-592AD404C8D5}"/>
      </w:docPartPr>
      <w:docPartBody>
        <w:p w:rsidR="00C001F0" w:rsidRDefault="001D5DF4" w:rsidP="001D5DF4">
          <w:pPr>
            <w:pStyle w:val="8498528FADC248A9AB06A889066D2E1F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2D2373A4DF4DA4B236D495953123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E24508-FFE5-4EA4-8916-E8EC8D404F5C}"/>
      </w:docPartPr>
      <w:docPartBody>
        <w:p w:rsidR="00C001F0" w:rsidRDefault="001D5DF4" w:rsidP="001D5DF4">
          <w:pPr>
            <w:pStyle w:val="B32D2373A4DF4DA4B236D4959531235C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E00D8F2F6F4B0D8C64C1F99BBD0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BDE222-A145-44E3-9968-D8A205A44E01}"/>
      </w:docPartPr>
      <w:docPartBody>
        <w:p w:rsidR="00C001F0" w:rsidRDefault="001D5DF4" w:rsidP="001D5DF4">
          <w:pPr>
            <w:pStyle w:val="04E00D8F2F6F4B0D8C64C1F99BBD0635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841D24B88C47D595603BED33E09A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EFF8FE-DB8C-4E9D-A475-74AA6D416A03}"/>
      </w:docPartPr>
      <w:docPartBody>
        <w:p w:rsidR="00C001F0" w:rsidRDefault="001D5DF4" w:rsidP="001D5DF4">
          <w:pPr>
            <w:pStyle w:val="1B841D24B88C47D595603BED33E09AE3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8BD76BF75A4650B32CD05538247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00B287-AA89-4C7C-A931-46956E2A8213}"/>
      </w:docPartPr>
      <w:docPartBody>
        <w:p w:rsidR="00C001F0" w:rsidRDefault="001D5DF4" w:rsidP="001D5DF4">
          <w:pPr>
            <w:pStyle w:val="E08BD76BF75A4650B32CD05538247D05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6DB64E1AEB44A38544EB13D110FB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F72F4-E207-4F8B-AF2E-23425AC9B874}"/>
      </w:docPartPr>
      <w:docPartBody>
        <w:p w:rsidR="00C001F0" w:rsidRDefault="001D5DF4" w:rsidP="001D5DF4">
          <w:pPr>
            <w:pStyle w:val="FC6DB64E1AEB44A38544EB13D110FB43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AA75CE96B14AC89AE4112B3EDED0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8F78E7-DEF2-4A1A-8D3B-5A82AC4E29F4}"/>
      </w:docPartPr>
      <w:docPartBody>
        <w:p w:rsidR="00C001F0" w:rsidRDefault="001D5DF4" w:rsidP="001D5DF4">
          <w:pPr>
            <w:pStyle w:val="1CAA75CE96B14AC89AE4112B3EDED040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981D0E448E469A99E8EB26D77375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A9F44A-DDEC-4931-B390-FD734B46E3EC}"/>
      </w:docPartPr>
      <w:docPartBody>
        <w:p w:rsidR="00C001F0" w:rsidRDefault="001D5DF4" w:rsidP="001D5DF4">
          <w:pPr>
            <w:pStyle w:val="E4981D0E448E469A99E8EB26D77375F2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9630DAE9CB482EA0D1C3EE956FCE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49D694-C643-4CE3-B07E-D7509B847763}"/>
      </w:docPartPr>
      <w:docPartBody>
        <w:p w:rsidR="00C001F0" w:rsidRDefault="001D5DF4" w:rsidP="001D5DF4">
          <w:pPr>
            <w:pStyle w:val="FC9630DAE9CB482EA0D1C3EE956FCEE4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4B75A32E7B4C2EB684C8397D0815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188A6-4B1D-4D00-A24B-6491507C8101}"/>
      </w:docPartPr>
      <w:docPartBody>
        <w:p w:rsidR="00C001F0" w:rsidRDefault="001D5DF4" w:rsidP="001D5DF4">
          <w:pPr>
            <w:pStyle w:val="DA4B75A32E7B4C2EB684C8397D081533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93B6EAE6E54432A68E9CADA22C40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F25C62-426C-43EC-AE32-FBAB7E12B478}"/>
      </w:docPartPr>
      <w:docPartBody>
        <w:p w:rsidR="00C001F0" w:rsidRDefault="001D5DF4" w:rsidP="001D5DF4">
          <w:pPr>
            <w:pStyle w:val="3493B6EAE6E54432A68E9CADA22C405A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3AEFC112524AEA86EB5CC4C88779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B565DA-9EF1-4AB9-B3B4-C99484A64933}"/>
      </w:docPartPr>
      <w:docPartBody>
        <w:p w:rsidR="00C001F0" w:rsidRDefault="001D5DF4" w:rsidP="001D5DF4">
          <w:pPr>
            <w:pStyle w:val="F83AEFC112524AEA86EB5CC4C8877991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F0CA49388E45E285253F15F4343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9BD5CF-7653-4899-ABB1-55A5BF1836BC}"/>
      </w:docPartPr>
      <w:docPartBody>
        <w:p w:rsidR="00C001F0" w:rsidRDefault="001D5DF4" w:rsidP="001D5DF4">
          <w:pPr>
            <w:pStyle w:val="B0F0CA49388E45E285253F15F4343A62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7CB9D398BD4B5C9AEC4637522BFB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0AEB-C5DC-4709-BE11-A83A366C3740}"/>
      </w:docPartPr>
      <w:docPartBody>
        <w:p w:rsidR="00C001F0" w:rsidRDefault="001D5DF4" w:rsidP="001D5DF4">
          <w:pPr>
            <w:pStyle w:val="307CB9D398BD4B5C9AEC4637522BFBD7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13B45E91C547B983DAA660E3F976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8C0662-1131-4A92-B049-93500C522DE8}"/>
      </w:docPartPr>
      <w:docPartBody>
        <w:p w:rsidR="00C001F0" w:rsidRDefault="001D5DF4" w:rsidP="001D5DF4">
          <w:pPr>
            <w:pStyle w:val="4113B45E91C547B983DAA660E3F976E5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E66350BDBD4CB1A401F1F75E666B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17F7AB-4D24-4E42-B54E-B00EDB3933CE}"/>
      </w:docPartPr>
      <w:docPartBody>
        <w:p w:rsidR="00C001F0" w:rsidRDefault="001D5DF4" w:rsidP="001D5DF4">
          <w:pPr>
            <w:pStyle w:val="DFE66350BDBD4CB1A401F1F75E666B7D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F17D23A125433B96B59BA096AEB1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5669B-D3B7-48E7-8FD3-95E697091BD2}"/>
      </w:docPartPr>
      <w:docPartBody>
        <w:p w:rsidR="00C001F0" w:rsidRDefault="001D5DF4" w:rsidP="001D5DF4">
          <w:pPr>
            <w:pStyle w:val="B0F17D23A125433B96B59BA096AEB170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432691C2E04494BE8AD71A2A255B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24D5EC-63B3-4E2F-AB77-B1AF076D2D6D}"/>
      </w:docPartPr>
      <w:docPartBody>
        <w:p w:rsidR="00C001F0" w:rsidRDefault="001D5DF4" w:rsidP="001D5DF4">
          <w:pPr>
            <w:pStyle w:val="4F432691C2E04494BE8AD71A2A255BEE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3BC34060EF48E8A68BB50199EA77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EF1D5F-C7EC-4FAA-A8F2-FF99371B4448}"/>
      </w:docPartPr>
      <w:docPartBody>
        <w:p w:rsidR="00C001F0" w:rsidRDefault="001D5DF4" w:rsidP="001D5DF4">
          <w:pPr>
            <w:pStyle w:val="0C3BC34060EF48E8A68BB50199EA77F5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4C01D5C0D94612AF810AD92E608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B271B-CF90-47A0-A6AB-D6D5B6A26A28}"/>
      </w:docPartPr>
      <w:docPartBody>
        <w:p w:rsidR="00C001F0" w:rsidRDefault="001D5DF4" w:rsidP="001D5DF4">
          <w:pPr>
            <w:pStyle w:val="964C01D5C0D94612AF810AD92E608BC0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7846CBC1FB47A1BF397B4554BD35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247FF-17BD-4A9E-A0CE-17E77AFDEEC1}"/>
      </w:docPartPr>
      <w:docPartBody>
        <w:p w:rsidR="00C001F0" w:rsidRDefault="001D5DF4" w:rsidP="001D5DF4">
          <w:pPr>
            <w:pStyle w:val="D27846CBC1FB47A1BF397B4554BD3523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4DA3BEE0324CACBBF2AD35984C7C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9DDA5-5A50-4F1B-874E-708F398D19C4}"/>
      </w:docPartPr>
      <w:docPartBody>
        <w:p w:rsidR="00C001F0" w:rsidRDefault="001D5DF4" w:rsidP="001D5DF4">
          <w:pPr>
            <w:pStyle w:val="FF4DA3BEE0324CACBBF2AD35984C7C2E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ACB77A5DB647DA8A06248C5732D0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47F6B1-0037-4ED1-A016-B111837541DF}"/>
      </w:docPartPr>
      <w:docPartBody>
        <w:p w:rsidR="00C001F0" w:rsidRDefault="001D5DF4" w:rsidP="001D5DF4">
          <w:pPr>
            <w:pStyle w:val="64ACB77A5DB647DA8A06248C5732D0D4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EE4C0BEF924FAA8450DCAE8C99AC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3B7D4B-A6D9-4E63-B5E0-43891D7DEB1A}"/>
      </w:docPartPr>
      <w:docPartBody>
        <w:p w:rsidR="00C001F0" w:rsidRDefault="001D5DF4" w:rsidP="001D5DF4">
          <w:pPr>
            <w:pStyle w:val="D4EE4C0BEF924FAA8450DCAE8C99AC42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FFA4FE944644ED9067334EAC5AA6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7ED7AF-55B3-4D68-9D13-ED3A54127389}"/>
      </w:docPartPr>
      <w:docPartBody>
        <w:p w:rsidR="00C001F0" w:rsidRDefault="001D5DF4" w:rsidP="001D5DF4">
          <w:pPr>
            <w:pStyle w:val="BCFFA4FE944644ED9067334EAC5AA6DD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CB2889144A43288E1599CB67C4B7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8E778-6CB2-4F83-8B15-7FABC53A511A}"/>
      </w:docPartPr>
      <w:docPartBody>
        <w:p w:rsidR="00C001F0" w:rsidRDefault="001D5DF4" w:rsidP="001D5DF4">
          <w:pPr>
            <w:pStyle w:val="23CB2889144A43288E1599CB67C4B7CD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63B9B089194DD5BECD01CC00CE54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B4AAEB-87C4-4419-8300-1933A381F30D}"/>
      </w:docPartPr>
      <w:docPartBody>
        <w:p w:rsidR="00C001F0" w:rsidRDefault="001D5DF4" w:rsidP="001D5DF4">
          <w:pPr>
            <w:pStyle w:val="FA63B9B089194DD5BECD01CC00CE54AB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0AD7B7147F40018D9E768F358B4E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FFAC4F-82AB-42D7-83FD-64C4C37AAC30}"/>
      </w:docPartPr>
      <w:docPartBody>
        <w:p w:rsidR="00C001F0" w:rsidRDefault="001D5DF4" w:rsidP="001D5DF4">
          <w:pPr>
            <w:pStyle w:val="9D0AD7B7147F40018D9E768F358B4E39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6B87F0718B4A599CDB0DE00A2AD9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371AA-7CBA-4453-A068-BBC1E08F4A04}"/>
      </w:docPartPr>
      <w:docPartBody>
        <w:p w:rsidR="00C001F0" w:rsidRDefault="001D5DF4" w:rsidP="001D5DF4">
          <w:pPr>
            <w:pStyle w:val="526B87F0718B4A599CDB0DE00A2AD91E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045C10E18D4D1CA1BDF5B8574A9E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17D89E-06A5-4A5B-9A53-0685ACF54908}"/>
      </w:docPartPr>
      <w:docPartBody>
        <w:p w:rsidR="00C001F0" w:rsidRDefault="001D5DF4" w:rsidP="001D5DF4">
          <w:pPr>
            <w:pStyle w:val="F4045C10E18D4D1CA1BDF5B8574A9E3F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D45927AB46463DBE5DF90F11AC17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B219D-4120-4111-A61C-9CFF5A7B4CE7}"/>
      </w:docPartPr>
      <w:docPartBody>
        <w:p w:rsidR="00C001F0" w:rsidRDefault="001D5DF4" w:rsidP="001D5DF4">
          <w:pPr>
            <w:pStyle w:val="50D45927AB46463DBE5DF90F11AC1773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C5C57D7E6C49959F61A437130DAD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4A2A92-7C81-4178-B810-840860C29F93}"/>
      </w:docPartPr>
      <w:docPartBody>
        <w:p w:rsidR="00C001F0" w:rsidRDefault="001D5DF4" w:rsidP="001D5DF4">
          <w:pPr>
            <w:pStyle w:val="5BC5C57D7E6C49959F61A437130DADB6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7B8A8382944BED80DAB03D83389C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2AAAA5-6DDC-45C7-A070-0A086A26FF2F}"/>
      </w:docPartPr>
      <w:docPartBody>
        <w:p w:rsidR="00C001F0" w:rsidRDefault="001D5DF4" w:rsidP="001D5DF4">
          <w:pPr>
            <w:pStyle w:val="DF7B8A8382944BED80DAB03D83389C86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AAB2C271554DF29E53073883C836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9B91D8-F7CE-49FF-95FA-4D3D5A9C5B52}"/>
      </w:docPartPr>
      <w:docPartBody>
        <w:p w:rsidR="00C001F0" w:rsidRDefault="001D5DF4" w:rsidP="001D5DF4">
          <w:pPr>
            <w:pStyle w:val="01AAB2C271554DF29E53073883C836AE"/>
          </w:pPr>
          <w:r w:rsidRPr="00D8714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5000785B" w:usb2="00000000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FE6"/>
    <w:rsid w:val="001A40D6"/>
    <w:rsid w:val="001C085F"/>
    <w:rsid w:val="001D1B4C"/>
    <w:rsid w:val="001D5DF4"/>
    <w:rsid w:val="00250FE6"/>
    <w:rsid w:val="0026476E"/>
    <w:rsid w:val="002740A3"/>
    <w:rsid w:val="00323A18"/>
    <w:rsid w:val="00467948"/>
    <w:rsid w:val="007F606A"/>
    <w:rsid w:val="00846089"/>
    <w:rsid w:val="008D18D0"/>
    <w:rsid w:val="009C3BA4"/>
    <w:rsid w:val="009E6444"/>
    <w:rsid w:val="00AA27ED"/>
    <w:rsid w:val="00B41BC8"/>
    <w:rsid w:val="00C001F0"/>
    <w:rsid w:val="00DD06DB"/>
    <w:rsid w:val="00E63FD4"/>
    <w:rsid w:val="00F9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ZA" w:eastAsia="en-Z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5DF4"/>
    <w:rPr>
      <w:color w:val="666666"/>
    </w:rPr>
  </w:style>
  <w:style w:type="paragraph" w:customStyle="1" w:styleId="2372D5B6725B45BCA380BE101D799545">
    <w:name w:val="2372D5B6725B45BCA380BE101D799545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7D772AC3E0C74A48BE481831FC7F6871">
    <w:name w:val="7D772AC3E0C74A48BE481831FC7F6871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7F9F21ED0BFA44D4AFA6AF3AB0610F7C">
    <w:name w:val="7F9F21ED0BFA44D4AFA6AF3AB0610F7C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8498528FADC248A9AB06A889066D2E1F">
    <w:name w:val="8498528FADC248A9AB06A889066D2E1F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B32D2373A4DF4DA4B236D4959531235C">
    <w:name w:val="B32D2373A4DF4DA4B236D4959531235C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04E00D8F2F6F4B0D8C64C1F99BBD0635">
    <w:name w:val="04E00D8F2F6F4B0D8C64C1F99BBD0635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1B841D24B88C47D595603BED33E09AE3">
    <w:name w:val="1B841D24B88C47D595603BED33E09AE3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E08BD76BF75A4650B32CD05538247D05">
    <w:name w:val="E08BD76BF75A4650B32CD05538247D05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FC6DB64E1AEB44A38544EB13D110FB43">
    <w:name w:val="FC6DB64E1AEB44A38544EB13D110FB43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1CAA75CE96B14AC89AE4112B3EDED040">
    <w:name w:val="1CAA75CE96B14AC89AE4112B3EDED040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E4981D0E448E469A99E8EB26D77375F2">
    <w:name w:val="E4981D0E448E469A99E8EB26D77375F2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FC9630DAE9CB482EA0D1C3EE956FCEE4">
    <w:name w:val="FC9630DAE9CB482EA0D1C3EE956FCEE4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DA4B75A32E7B4C2EB684C8397D081533">
    <w:name w:val="DA4B75A32E7B4C2EB684C8397D081533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3493B6EAE6E54432A68E9CADA22C405A">
    <w:name w:val="3493B6EAE6E54432A68E9CADA22C405A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F83AEFC112524AEA86EB5CC4C8877991">
    <w:name w:val="F83AEFC112524AEA86EB5CC4C8877991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B0F0CA49388E45E285253F15F4343A62">
    <w:name w:val="B0F0CA49388E45E285253F15F4343A62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307CB9D398BD4B5C9AEC4637522BFBD7">
    <w:name w:val="307CB9D398BD4B5C9AEC4637522BFBD7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4113B45E91C547B983DAA660E3F976E5">
    <w:name w:val="4113B45E91C547B983DAA660E3F976E5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4C5A694CF99B40A0B236327A3D4EF1EA">
    <w:name w:val="4C5A694CF99B40A0B236327A3D4EF1EA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DFE66350BDBD4CB1A401F1F75E666B7D">
    <w:name w:val="DFE66350BDBD4CB1A401F1F75E666B7D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B0F17D23A125433B96B59BA096AEB170">
    <w:name w:val="B0F17D23A125433B96B59BA096AEB170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E740D07F111F424986FDBB59A051B936">
    <w:name w:val="E740D07F111F424986FDBB59A051B936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A1C545928FEE4E239F6AE2E29A29219B">
    <w:name w:val="A1C545928FEE4E239F6AE2E29A29219B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8AB89A7C52E846C4AFC3F1BCCE583FE8">
    <w:name w:val="8AB89A7C52E846C4AFC3F1BCCE583FE8"/>
    <w:rsid w:val="001D5DF4"/>
    <w:pPr>
      <w:spacing w:after="100" w:line="252" w:lineRule="auto"/>
    </w:pPr>
    <w:rPr>
      <w:rFonts w:ascii="Aptos" w:hAnsi="Aptos"/>
      <w:kern w:val="0"/>
      <w:sz w:val="20"/>
      <w:szCs w:val="22"/>
      <w:lang w:val="en-US" w:eastAsia="en-US"/>
      <w14:ligatures w14:val="none"/>
    </w:rPr>
  </w:style>
  <w:style w:type="paragraph" w:customStyle="1" w:styleId="4F432691C2E04494BE8AD71A2A255BEE">
    <w:name w:val="4F432691C2E04494BE8AD71A2A255BEE"/>
    <w:rsid w:val="001D5DF4"/>
  </w:style>
  <w:style w:type="paragraph" w:customStyle="1" w:styleId="0C3BC34060EF48E8A68BB50199EA77F5">
    <w:name w:val="0C3BC34060EF48E8A68BB50199EA77F5"/>
    <w:rsid w:val="001D5DF4"/>
  </w:style>
  <w:style w:type="paragraph" w:customStyle="1" w:styleId="964C01D5C0D94612AF810AD92E608BC0">
    <w:name w:val="964C01D5C0D94612AF810AD92E608BC0"/>
    <w:rsid w:val="001D5DF4"/>
  </w:style>
  <w:style w:type="paragraph" w:customStyle="1" w:styleId="D27846CBC1FB47A1BF397B4554BD3523">
    <w:name w:val="D27846CBC1FB47A1BF397B4554BD3523"/>
    <w:rsid w:val="001D5DF4"/>
  </w:style>
  <w:style w:type="paragraph" w:customStyle="1" w:styleId="FF4DA3BEE0324CACBBF2AD35984C7C2E">
    <w:name w:val="FF4DA3BEE0324CACBBF2AD35984C7C2E"/>
    <w:rsid w:val="001D5DF4"/>
  </w:style>
  <w:style w:type="paragraph" w:customStyle="1" w:styleId="64ACB77A5DB647DA8A06248C5732D0D4">
    <w:name w:val="64ACB77A5DB647DA8A06248C5732D0D4"/>
    <w:rsid w:val="001D5DF4"/>
  </w:style>
  <w:style w:type="paragraph" w:customStyle="1" w:styleId="D4EE4C0BEF924FAA8450DCAE8C99AC42">
    <w:name w:val="D4EE4C0BEF924FAA8450DCAE8C99AC42"/>
    <w:rsid w:val="001D5DF4"/>
  </w:style>
  <w:style w:type="paragraph" w:customStyle="1" w:styleId="BCFFA4FE944644ED9067334EAC5AA6DD">
    <w:name w:val="BCFFA4FE944644ED9067334EAC5AA6DD"/>
    <w:rsid w:val="001D5DF4"/>
  </w:style>
  <w:style w:type="paragraph" w:customStyle="1" w:styleId="23CB2889144A43288E1599CB67C4B7CD">
    <w:name w:val="23CB2889144A43288E1599CB67C4B7CD"/>
    <w:rsid w:val="001D5DF4"/>
  </w:style>
  <w:style w:type="paragraph" w:customStyle="1" w:styleId="FA63B9B089194DD5BECD01CC00CE54AB">
    <w:name w:val="FA63B9B089194DD5BECD01CC00CE54AB"/>
    <w:rsid w:val="001D5DF4"/>
  </w:style>
  <w:style w:type="paragraph" w:customStyle="1" w:styleId="9D0AD7B7147F40018D9E768F358B4E39">
    <w:name w:val="9D0AD7B7147F40018D9E768F358B4E39"/>
    <w:rsid w:val="001D5DF4"/>
  </w:style>
  <w:style w:type="paragraph" w:customStyle="1" w:styleId="526B87F0718B4A599CDB0DE00A2AD91E">
    <w:name w:val="526B87F0718B4A599CDB0DE00A2AD91E"/>
    <w:rsid w:val="001D5DF4"/>
  </w:style>
  <w:style w:type="paragraph" w:customStyle="1" w:styleId="F4045C10E18D4D1CA1BDF5B8574A9E3F">
    <w:name w:val="F4045C10E18D4D1CA1BDF5B8574A9E3F"/>
    <w:rsid w:val="001D5DF4"/>
  </w:style>
  <w:style w:type="paragraph" w:customStyle="1" w:styleId="50D45927AB46463DBE5DF90F11AC1773">
    <w:name w:val="50D45927AB46463DBE5DF90F11AC1773"/>
    <w:rsid w:val="001D5DF4"/>
  </w:style>
  <w:style w:type="paragraph" w:customStyle="1" w:styleId="5BC5C57D7E6C49959F61A437130DADB6">
    <w:name w:val="5BC5C57D7E6C49959F61A437130DADB6"/>
    <w:rsid w:val="001D5DF4"/>
  </w:style>
  <w:style w:type="paragraph" w:customStyle="1" w:styleId="DF7B8A8382944BED80DAB03D83389C86">
    <w:name w:val="DF7B8A8382944BED80DAB03D83389C86"/>
    <w:rsid w:val="001D5DF4"/>
  </w:style>
  <w:style w:type="paragraph" w:customStyle="1" w:styleId="01AAB2C271554DF29E53073883C836AE">
    <w:name w:val="01AAB2C271554DF29E53073883C836AE"/>
    <w:rsid w:val="001D5D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1262</Words>
  <Characters>7197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8443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Helen Dallas-Daw</cp:lastModifiedBy>
  <cp:revision>24</cp:revision>
  <dcterms:created xsi:type="dcterms:W3CDTF">2013-12-23T23:15:00Z</dcterms:created>
  <dcterms:modified xsi:type="dcterms:W3CDTF">2026-10-05T09:28:00Z</dcterms:modified>
  <cp:category/>
</cp:coreProperties>
</file>